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УЧЕБНЫЙ МАТЕРИАЛ · СИНТЕТИЧЕСКИЕ ДАННЫЕ · не относятся к реальному предприятию</w:t>
      </w:r>
    </w:p>
    <w:p>
      <w:pPr>
        <w:pStyle w:val="Title"/>
      </w:pPr>
      <w:r>
        <w:t>Сравнение трёх сервисов</w:t>
      </w:r>
    </w:p>
    <w:p>
      <w:pPr>
        <w:pStyle w:val="Heading1"/>
      </w:pPr>
      <w:r>
        <w:t>Лист наблюдений</w:t>
      </w:r>
    </w:p>
    <w:p>
      <w:r>
        <w:t>DeepSeek — первичная настройка. Сравнение — Алиса AI, GigaChat, ChatGPT. Каждый запрос в новом чате.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Сервис / режим</w:t>
            </w:r>
          </w:p>
        </w:tc>
        <w:tc>
          <w:tcPr>
            <w:tcW w:type="dxa" w:w="1728"/>
          </w:tcPr>
          <w:p>
            <w:r>
              <w:t>Запуск</w:t>
            </w:r>
          </w:p>
        </w:tc>
        <w:tc>
          <w:tcPr>
            <w:tcW w:type="dxa" w:w="1728"/>
          </w:tcPr>
          <w:p>
            <w:r>
              <w:t>Соблюдено</w:t>
            </w:r>
          </w:p>
        </w:tc>
        <w:tc>
          <w:tcPr>
            <w:tcW w:type="dxa" w:w="1728"/>
          </w:tcPr>
          <w:p>
            <w:r>
              <w:t>Нарушения или их отсутствие</w:t>
            </w:r>
          </w:p>
        </w:tc>
        <w:tc>
          <w:tcPr>
            <w:tcW w:type="dxa" w:w="1728"/>
          </w:tcPr>
          <w:p>
            <w:r>
              <w:t>Следующая правка</w:t>
            </w:r>
          </w:p>
        </w:tc>
      </w:tr>
      <w:tr>
        <w:tc>
          <w:tcPr>
            <w:tcW w:type="dxa" w:w="1728"/>
          </w:tcPr>
          <w:p>
            <w:r>
              <w:t>Алиса AI: ____</w:t>
            </w:r>
          </w:p>
        </w:tc>
        <w:tc>
          <w:tcPr>
            <w:tcW w:type="dxa" w:w="1728"/>
          </w:tcPr>
          <w:p>
            <w:r>
              <w:t>Выбранный кейс: слабый</w:t>
            </w:r>
          </w:p>
        </w:tc>
        <w:tc>
          <w:tcPr>
            <w:tcW w:type="dxa" w:w="1728"/>
          </w:tcPr>
          <w:p>
            <w:r>
              <w:t>____</w:t>
            </w:r>
          </w:p>
        </w:tc>
        <w:tc>
          <w:tcPr>
            <w:tcW w:type="dxa" w:w="1728"/>
          </w:tcPr>
          <w:p>
            <w:r>
              <w:t>____</w:t>
            </w:r>
          </w:p>
        </w:tc>
        <w:tc>
          <w:tcPr>
            <w:tcW w:type="dxa" w:w="1728"/>
          </w:tcPr>
          <w:p>
            <w:r>
              <w:t>____</w:t>
            </w:r>
          </w:p>
        </w:tc>
      </w:tr>
      <w:tr>
        <w:tc>
          <w:tcPr>
            <w:tcW w:type="dxa" w:w="1728"/>
          </w:tcPr>
          <w:p>
            <w:r>
              <w:t>Алиса AI: ____</w:t>
            </w:r>
          </w:p>
        </w:tc>
        <w:tc>
          <w:tcPr>
            <w:tcW w:type="dxa" w:w="1728"/>
          </w:tcPr>
          <w:p>
            <w:r>
              <w:t>Выбранный кейс: улучшенный</w:t>
            </w:r>
          </w:p>
        </w:tc>
        <w:tc>
          <w:tcPr>
            <w:tcW w:type="dxa" w:w="1728"/>
          </w:tcPr>
          <w:p>
            <w:r>
              <w:t>____</w:t>
            </w:r>
          </w:p>
        </w:tc>
        <w:tc>
          <w:tcPr>
            <w:tcW w:type="dxa" w:w="1728"/>
          </w:tcPr>
          <w:p>
            <w:r>
              <w:t>____</w:t>
            </w:r>
          </w:p>
        </w:tc>
        <w:tc>
          <w:tcPr>
            <w:tcW w:type="dxa" w:w="1728"/>
          </w:tcPr>
          <w:p>
            <w:r>
              <w:t>____</w:t>
            </w:r>
          </w:p>
        </w:tc>
      </w:tr>
      <w:tr>
        <w:tc>
          <w:tcPr>
            <w:tcW w:type="dxa" w:w="1728"/>
          </w:tcPr>
          <w:p>
            <w:r>
              <w:t>Алиса AI: ____</w:t>
            </w:r>
          </w:p>
        </w:tc>
        <w:tc>
          <w:tcPr>
            <w:tcW w:type="dxa" w:w="1728"/>
          </w:tcPr>
          <w:p>
            <w:r>
              <w:t>Порядок: чек-лист</w:t>
            </w:r>
          </w:p>
        </w:tc>
        <w:tc>
          <w:tcPr>
            <w:tcW w:type="dxa" w:w="1728"/>
          </w:tcPr>
          <w:p>
            <w:r>
              <w:t>____</w:t>
            </w:r>
          </w:p>
        </w:tc>
        <w:tc>
          <w:tcPr>
            <w:tcW w:type="dxa" w:w="1728"/>
          </w:tcPr>
          <w:p>
            <w:r>
              <w:t>____</w:t>
            </w:r>
          </w:p>
        </w:tc>
        <w:tc>
          <w:tcPr>
            <w:tcW w:type="dxa" w:w="1728"/>
          </w:tcPr>
          <w:p>
            <w:r>
              <w:t>____</w:t>
            </w:r>
          </w:p>
        </w:tc>
      </w:tr>
      <w:tr>
        <w:tc>
          <w:tcPr>
            <w:tcW w:type="dxa" w:w="1728"/>
          </w:tcPr>
          <w:p>
            <w:r>
              <w:t>GigaChat: ____</w:t>
            </w:r>
          </w:p>
        </w:tc>
        <w:tc>
          <w:tcPr>
            <w:tcW w:type="dxa" w:w="1728"/>
          </w:tcPr>
          <w:p>
            <w:r>
              <w:t>Выбранный кейс: слабый</w:t>
            </w:r>
          </w:p>
        </w:tc>
        <w:tc>
          <w:tcPr>
            <w:tcW w:type="dxa" w:w="1728"/>
          </w:tcPr>
          <w:p>
            <w:r>
              <w:t>____</w:t>
            </w:r>
          </w:p>
        </w:tc>
        <w:tc>
          <w:tcPr>
            <w:tcW w:type="dxa" w:w="1728"/>
          </w:tcPr>
          <w:p>
            <w:r>
              <w:t>____</w:t>
            </w:r>
          </w:p>
        </w:tc>
        <w:tc>
          <w:tcPr>
            <w:tcW w:type="dxa" w:w="1728"/>
          </w:tcPr>
          <w:p>
            <w:r>
              <w:t>____</w:t>
            </w:r>
          </w:p>
        </w:tc>
      </w:tr>
      <w:tr>
        <w:tc>
          <w:tcPr>
            <w:tcW w:type="dxa" w:w="1728"/>
          </w:tcPr>
          <w:p>
            <w:r>
              <w:t>GigaChat: ____</w:t>
            </w:r>
          </w:p>
        </w:tc>
        <w:tc>
          <w:tcPr>
            <w:tcW w:type="dxa" w:w="1728"/>
          </w:tcPr>
          <w:p>
            <w:r>
              <w:t>Выбранный кейс: улучшенный</w:t>
            </w:r>
          </w:p>
        </w:tc>
        <w:tc>
          <w:tcPr>
            <w:tcW w:type="dxa" w:w="1728"/>
          </w:tcPr>
          <w:p>
            <w:r>
              <w:t>____</w:t>
            </w:r>
          </w:p>
        </w:tc>
        <w:tc>
          <w:tcPr>
            <w:tcW w:type="dxa" w:w="1728"/>
          </w:tcPr>
          <w:p>
            <w:r>
              <w:t>____</w:t>
            </w:r>
          </w:p>
        </w:tc>
        <w:tc>
          <w:tcPr>
            <w:tcW w:type="dxa" w:w="1728"/>
          </w:tcPr>
          <w:p>
            <w:r>
              <w:t>____</w:t>
            </w:r>
          </w:p>
        </w:tc>
      </w:tr>
      <w:tr>
        <w:tc>
          <w:tcPr>
            <w:tcW w:type="dxa" w:w="1728"/>
          </w:tcPr>
          <w:p>
            <w:r>
              <w:t>GigaChat: ____</w:t>
            </w:r>
          </w:p>
        </w:tc>
        <w:tc>
          <w:tcPr>
            <w:tcW w:type="dxa" w:w="1728"/>
          </w:tcPr>
          <w:p>
            <w:r>
              <w:t>Порядок: чек-лист</w:t>
            </w:r>
          </w:p>
        </w:tc>
        <w:tc>
          <w:tcPr>
            <w:tcW w:type="dxa" w:w="1728"/>
          </w:tcPr>
          <w:p>
            <w:r>
              <w:t>____</w:t>
            </w:r>
          </w:p>
        </w:tc>
        <w:tc>
          <w:tcPr>
            <w:tcW w:type="dxa" w:w="1728"/>
          </w:tcPr>
          <w:p>
            <w:r>
              <w:t>____</w:t>
            </w:r>
          </w:p>
        </w:tc>
        <w:tc>
          <w:tcPr>
            <w:tcW w:type="dxa" w:w="1728"/>
          </w:tcPr>
          <w:p>
            <w:r>
              <w:t>____</w:t>
            </w:r>
          </w:p>
        </w:tc>
      </w:tr>
      <w:tr>
        <w:tc>
          <w:tcPr>
            <w:tcW w:type="dxa" w:w="1728"/>
          </w:tcPr>
          <w:p>
            <w:r>
              <w:t>ChatGPT: ____</w:t>
            </w:r>
          </w:p>
        </w:tc>
        <w:tc>
          <w:tcPr>
            <w:tcW w:type="dxa" w:w="1728"/>
          </w:tcPr>
          <w:p>
            <w:r>
              <w:t>Выбранный кейс: слабый</w:t>
            </w:r>
          </w:p>
        </w:tc>
        <w:tc>
          <w:tcPr>
            <w:tcW w:type="dxa" w:w="1728"/>
          </w:tcPr>
          <w:p>
            <w:r>
              <w:t>____</w:t>
            </w:r>
          </w:p>
        </w:tc>
        <w:tc>
          <w:tcPr>
            <w:tcW w:type="dxa" w:w="1728"/>
          </w:tcPr>
          <w:p>
            <w:r>
              <w:t>____</w:t>
            </w:r>
          </w:p>
        </w:tc>
        <w:tc>
          <w:tcPr>
            <w:tcW w:type="dxa" w:w="1728"/>
          </w:tcPr>
          <w:p>
            <w:r>
              <w:t>____</w:t>
            </w:r>
          </w:p>
        </w:tc>
      </w:tr>
      <w:tr>
        <w:tc>
          <w:tcPr>
            <w:tcW w:type="dxa" w:w="1728"/>
          </w:tcPr>
          <w:p>
            <w:r>
              <w:t>ChatGPT: ____</w:t>
            </w:r>
          </w:p>
        </w:tc>
        <w:tc>
          <w:tcPr>
            <w:tcW w:type="dxa" w:w="1728"/>
          </w:tcPr>
          <w:p>
            <w:r>
              <w:t>Выбранный кейс: улучшенный</w:t>
            </w:r>
          </w:p>
        </w:tc>
        <w:tc>
          <w:tcPr>
            <w:tcW w:type="dxa" w:w="1728"/>
          </w:tcPr>
          <w:p>
            <w:r>
              <w:t>____</w:t>
            </w:r>
          </w:p>
        </w:tc>
        <w:tc>
          <w:tcPr>
            <w:tcW w:type="dxa" w:w="1728"/>
          </w:tcPr>
          <w:p>
            <w:r>
              <w:t>____</w:t>
            </w:r>
          </w:p>
        </w:tc>
        <w:tc>
          <w:tcPr>
            <w:tcW w:type="dxa" w:w="1728"/>
          </w:tcPr>
          <w:p>
            <w:r>
              <w:t>____</w:t>
            </w:r>
          </w:p>
        </w:tc>
      </w:tr>
      <w:tr>
        <w:tc>
          <w:tcPr>
            <w:tcW w:type="dxa" w:w="1728"/>
          </w:tcPr>
          <w:p>
            <w:r>
              <w:t>ChatGPT: ____</w:t>
            </w:r>
          </w:p>
        </w:tc>
        <w:tc>
          <w:tcPr>
            <w:tcW w:type="dxa" w:w="1728"/>
          </w:tcPr>
          <w:p>
            <w:r>
              <w:t>Порядок: чек-лист</w:t>
            </w:r>
          </w:p>
        </w:tc>
        <w:tc>
          <w:tcPr>
            <w:tcW w:type="dxa" w:w="1728"/>
          </w:tcPr>
          <w:p>
            <w:r>
              <w:t>____</w:t>
            </w:r>
          </w:p>
        </w:tc>
        <w:tc>
          <w:tcPr>
            <w:tcW w:type="dxa" w:w="1728"/>
          </w:tcPr>
          <w:p>
            <w:r>
              <w:t>____</w:t>
            </w:r>
          </w:p>
        </w:tc>
        <w:tc>
          <w:tcPr>
            <w:tcW w:type="dxa" w:w="1728"/>
          </w:tcPr>
          <w:p>
            <w:r>
              <w:t>____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