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УЧЕБНЫЙ МАТЕРИАЛ · СИНТЕТИЧЕСКИЕ ДАННЫЕ · не относятся к реальному предприятию</w:t>
      </w:r>
    </w:p>
    <w:p>
      <w:pPr>
        <w:pStyle w:val="Title"/>
      </w:pPr>
      <w:r>
        <w:t>Восемь кейсов · запросы</w:t>
      </w:r>
    </w:p>
    <w:p>
      <w:pPr>
        <w:pStyle w:val="Heading1"/>
      </w:pPr>
      <w:r>
        <w:t>Запросы восьми кейсов с исходниками</w:t>
      </w:r>
    </w:p>
    <w:p>
      <w:r>
        <w:t>Сравнивайте два запроса в новых чатах, в одном режиме. Данные вымышлены; пояснение не является частью запроса.</w:t>
      </w:r>
    </w:p>
    <w:p>
      <w:pPr>
        <w:pStyle w:val="Heading2"/>
      </w:pPr>
      <w:r>
        <w:t>Сравнить три модели оборудования</w:t>
      </w:r>
    </w:p>
    <w:p>
      <w:pPr>
        <w:pStyle w:val="Heading3"/>
      </w:pPr>
      <w:r>
        <w:t>Первый запуск: общий запрос</w:t>
      </w:r>
    </w:p>
    <w:p>
      <w:r>
        <w:t>Сравни три модели и выбери лучшую.</w:t>
      </w:r>
    </w:p>
    <w:p>
      <w:r>
        <w:t>ИСХОДНЫЙ МАТЕРИАЛ:</w:t>
      </w:r>
    </w:p>
    <w:p>
      <w:pPr>
        <w:pStyle w:val="Heading1"/>
      </w:pPr>
      <w:r>
        <w:t>Сравнение предложений на документные сканеры</w:t>
      </w:r>
    </w:p>
    <w:p>
      <w:pPr>
        <w:pStyle w:val="Heading2"/>
      </w:pPr>
      <w:r>
        <w:t>1. Задача и обязательные условия</w:t>
      </w:r>
    </w:p>
    <w:p>
      <w:r>
        <w:t>Нужен один сканер для перевода открытых справочных документов в электронный вид. Рассматриваются три условные модели: Скан-40А, Скан-55Б, Скан-45В. Это обозначения вариантов предложения, а не наименования реальных производителей. Документы А4, односторонние, 300 dpi, чёрно-белый режим. Минимальная производительность — 40 страниц в минуту именно в этом режиме. Требуются поставка не позднее 25 календарных дней после заказа и гарантия не менее 24 месяцев. Бюджетный предел и веса критериев не утверждены. Решение о покупке не принято.</w:t>
      </w:r>
    </w:p>
    <w:p>
      <w:pPr>
        <w:pStyle w:val="Heading2"/>
      </w:pPr>
      <w:r>
        <w:t>2. Предложение А — Скан-40А</w:t>
      </w:r>
    </w:p>
    <w:p>
      <w:r>
        <w:t>Цена устройства с налогами — 180 000 руб. Доставка — 12 000 руб. с налогами. Первичная настройка включена в цену. Производительность — 40 страниц в минуту. Потребляемая мощность при работе — 80 Вт; в режиме ожидания — 8 Вт. Поставка — 20 календарных дней после заказа. Гарантия — 24 месяца. Оплата и срок действия предложения не указаны. Ёмкость лотка 80 листов, но она не входит в обязательные критерии текущего выбора.</w:t>
      </w:r>
    </w:p>
    <w:p>
      <w:pPr>
        <w:pStyle w:val="Heading2"/>
      </w:pPr>
      <w:r>
        <w:t>3. Предложение Б — Скан-55Б</w:t>
      </w:r>
    </w:p>
    <w:p>
      <w:r>
        <w:t>Цена устройства с налогами — 210 000 руб. Доставка и первичная настройка включены. Производительность — 55 страниц в минуту. Потребляемая мощность при работе — 120 Вт; при ожидании — 10 Вт. Поставка — 10 календарных дней после заказа. Гарантия — 36 месяцев. Указание «расширенная гарантия» в сопроводительном письме не раскрывает условия обслуживания. Известно только её количество месяцев. Предполагаемые преимущества сервиса по этому словосочетанию оценивать нельзя.</w:t>
      </w:r>
    </w:p>
    <w:p>
      <w:pPr>
        <w:pStyle w:val="Heading2"/>
      </w:pPr>
      <w:r>
        <w:t>4. Предложение В — Скан-45В</w:t>
      </w:r>
    </w:p>
    <w:p>
      <w:r>
        <w:t>Цена устройства с налогами — 165 000 руб. Доставка — 15 000 руб. с налогами. Первичная настройка включена. Производительность — 45 страниц в минуту. Потребляемая мощность при работе — 65 Вт; при ожидании — 6 Вт. Поставка — 35 календарных дней после заказа. Гарантия — 12 месяцев. В письме написано «возможно ускорение поставки и продление гарантии», но нет цены, сроков и подтверждения таких условий. Считать обещание уже согласованным нельзя.</w:t>
      </w:r>
    </w:p>
    <w:p>
      <w:pPr>
        <w:pStyle w:val="Heading2"/>
      </w:pPr>
      <w:r>
        <w:t>5. Условия сопоставления</w:t>
      </w:r>
    </w:p>
    <w:p>
      <w:r>
        <w:t>Производительность всех трёх вариантов дана для одинакового режима; страницы в минуту не следует заменять изображениями в минуту. Полная начальная стоимость для этой задачи — цена устройства плюс доставка. Других обязательных платежей в предложениях не названо; это не подтверждает их отсутствие в будущем договоре. Нельзя прибавлять налоги повторно: они уже включены.</w:t>
      </w:r>
    </w:p>
    <w:p>
      <w:r>
        <w:t>Для отдельной иллюстрации энергопотребления задан единый сценарий: 1000 часов активной работы в год, тариф 8 руб. за кВт·ч. Ожидание в этот расчёт не включать: его длительность неизвестна. Переведите Вт в кВт, затем вычислите кВт·ч и стоимость. Это одинаковая активная длительность, а не одинаковое количество отсканированных страниц. Расчёт не является полной стоимостью владения: обслуживание, расходные части и простои не оценены.</w:t>
      </w:r>
    </w:p>
    <w:p>
      <w:pPr>
        <w:pStyle w:val="Heading2"/>
      </w:pPr>
      <w:r>
        <w:t>6. Ожидаемый вывод</w:t>
      </w:r>
    </w:p>
    <w:p>
      <w:r>
        <w:t>Сначала исключите варианты, не отвечающие обязательным условиям. Затем покажите преимущества и недостатки оставшихся. Не выбирайте единственного победителя по придуманным весам. Если предлагаете вариант при приоритете цены или скорости поставки, явно назовите этот условный приоритет. Для окончательного решения нужны условия оплаты, обслуживания и подтверждение требований.</w:t>
      </w:r>
    </w:p>
    <w:p>
      <w:pPr>
        <w:pStyle w:val="Heading3"/>
      </w:pPr>
      <w:r>
        <w:t>Второй запуск: структурированный запрос</w:t>
      </w:r>
    </w:p>
    <w:p>
      <w:r>
        <w:t>ЦЕЛЬ И ЗАДАЧА: Сравни три модели сканеров по цене, производительности, энергопотреблению, сроку поставки и гарантии.</w:t>
      </w:r>
    </w:p>
    <w:p>
      <w:r>
        <w:t>КОНТЕКСТ И ИСТОЧНИКИ: только приложенный документ; адресат указан в формате.</w:t>
      </w:r>
    </w:p>
    <w:p>
      <w:r>
        <w:t>РОЛЬ: аналитик сравнения оборудования.</w:t>
      </w:r>
    </w:p>
    <w:p>
      <w:r>
        <w:t>ОГРАНИЧЕНИЯ: не придумывай сведения, причины, даты, цены, ответственных и согласования. Сохраняй исключения и статус проекта. Недостающее вынеси в вопросы.</w:t>
      </w:r>
    </w:p>
    <w:p>
      <w:r>
        <w:t>ТРЕБОВАНИЯ К РЕЗУЛЬТАТУ: Таблица пяти критериев и полной стоимости, допуск по обязательным условиям, вывод с альтернативами и вопросы. Расчёты показывай с единицами.</w:t>
      </w:r>
    </w:p>
    <w:p>
      <w:r>
        <w:t>КРИТЕРИЙ ПРОВЕРКИ: указывай раздел источника для каждого вывода, показывай расчёты и единицы измерения; отличай противоречие от отсутствия данных.</w:t>
      </w:r>
    </w:p>
    <w:p>
      <w:r>
        <w:t>ИСХОДНЫЙ МАТЕРИАЛ:</w:t>
      </w:r>
    </w:p>
    <w:p>
      <w:pPr>
        <w:pStyle w:val="Heading1"/>
      </w:pPr>
      <w:r>
        <w:t>Сравнение предложений на документные сканеры</w:t>
      </w:r>
    </w:p>
    <w:p>
      <w:pPr>
        <w:pStyle w:val="Heading2"/>
      </w:pPr>
      <w:r>
        <w:t>1. Задача и обязательные условия</w:t>
      </w:r>
    </w:p>
    <w:p>
      <w:r>
        <w:t>Нужен один сканер для перевода открытых справочных документов в электронный вид. Рассматриваются три условные модели: Скан-40А, Скан-55Б, Скан-45В. Это обозначения вариантов предложения, а не наименования реальных производителей. Документы А4, односторонние, 300 dpi, чёрно-белый режим. Минимальная производительность — 40 страниц в минуту именно в этом режиме. Требуются поставка не позднее 25 календарных дней после заказа и гарантия не менее 24 месяцев. Бюджетный предел и веса критериев не утверждены. Решение о покупке не принято.</w:t>
      </w:r>
    </w:p>
    <w:p>
      <w:pPr>
        <w:pStyle w:val="Heading2"/>
      </w:pPr>
      <w:r>
        <w:t>2. Предложение А — Скан-40А</w:t>
      </w:r>
    </w:p>
    <w:p>
      <w:r>
        <w:t>Цена устройства с налогами — 180 000 руб. Доставка — 12 000 руб. с налогами. Первичная настройка включена в цену. Производительность — 40 страниц в минуту. Потребляемая мощность при работе — 80 Вт; в режиме ожидания — 8 Вт. Поставка — 20 календарных дней после заказа. Гарантия — 24 месяца. Оплата и срок действия предложения не указаны. Ёмкость лотка 80 листов, но она не входит в обязательные критерии текущего выбора.</w:t>
      </w:r>
    </w:p>
    <w:p>
      <w:pPr>
        <w:pStyle w:val="Heading2"/>
      </w:pPr>
      <w:r>
        <w:t>3. Предложение Б — Скан-55Б</w:t>
      </w:r>
    </w:p>
    <w:p>
      <w:r>
        <w:t>Цена устройства с налогами — 210 000 руб. Доставка и первичная настройка включены. Производительность — 55 страниц в минуту. Потребляемая мощность при работе — 120 Вт; при ожидании — 10 Вт. Поставка — 10 календарных дней после заказа. Гарантия — 36 месяцев. Указание «расширенная гарантия» в сопроводительном письме не раскрывает условия обслуживания. Известно только её количество месяцев. Предполагаемые преимущества сервиса по этому словосочетанию оценивать нельзя.</w:t>
      </w:r>
    </w:p>
    <w:p>
      <w:pPr>
        <w:pStyle w:val="Heading2"/>
      </w:pPr>
      <w:r>
        <w:t>4. Предложение В — Скан-45В</w:t>
      </w:r>
    </w:p>
    <w:p>
      <w:r>
        <w:t>Цена устройства с налогами — 165 000 руб. Доставка — 15 000 руб. с налогами. Первичная настройка включена. Производительность — 45 страниц в минуту. Потребляемая мощность при работе — 65 Вт; при ожидании — 6 Вт. Поставка — 35 календарных дней после заказа. Гарантия — 12 месяцев. В письме написано «возможно ускорение поставки и продление гарантии», но нет цены, сроков и подтверждения таких условий. Считать обещание уже согласованным нельзя.</w:t>
      </w:r>
    </w:p>
    <w:p>
      <w:pPr>
        <w:pStyle w:val="Heading2"/>
      </w:pPr>
      <w:r>
        <w:t>5. Условия сопоставления</w:t>
      </w:r>
    </w:p>
    <w:p>
      <w:r>
        <w:t>Производительность всех трёх вариантов дана для одинакового режима; страницы в минуту не следует заменять изображениями в минуту. Полная начальная стоимость для этой задачи — цена устройства плюс доставка. Других обязательных платежей в предложениях не названо; это не подтверждает их отсутствие в будущем договоре. Нельзя прибавлять налоги повторно: они уже включены.</w:t>
      </w:r>
    </w:p>
    <w:p>
      <w:r>
        <w:t>Для отдельной иллюстрации энергопотребления задан единый сценарий: 1000 часов активной работы в год, тариф 8 руб. за кВт·ч. Ожидание в этот расчёт не включать: его длительность неизвестна. Переведите Вт в кВт, затем вычислите кВт·ч и стоимость. Это одинаковая активная длительность, а не одинаковое количество отсканированных страниц. Расчёт не является полной стоимостью владения: обслуживание, расходные части и простои не оценены.</w:t>
      </w:r>
    </w:p>
    <w:p>
      <w:pPr>
        <w:pStyle w:val="Heading2"/>
      </w:pPr>
      <w:r>
        <w:t>6. Ожидаемый вывод</w:t>
      </w:r>
    </w:p>
    <w:p>
      <w:r>
        <w:t>Сначала исключите варианты, не отвечающие обязательным условиям. Затем покажите преимущества и недостатки оставшихся. Не выбирайте единственного победителя по придуманным весам. Если предлагаете вариант при приоритете цены или скорости поставки, явно назовите этот условный приоритет. Для окончательного решения нужны условия оплаты, обслуживания и подтверждение требований.</w:t>
      </w:r>
    </w:p>
    <w:p>
      <w:pPr>
        <w:pStyle w:val="Heading2"/>
      </w:pPr>
      <w:r>
        <w:t>Проверить техническое задание</w:t>
      </w:r>
    </w:p>
    <w:p>
      <w:pPr>
        <w:pStyle w:val="Heading3"/>
      </w:pPr>
      <w:r>
        <w:t>Первый запуск: общий запрос</w:t>
      </w:r>
    </w:p>
    <w:p>
      <w:r>
        <w:t>Проверь техническое задание и исправь ошибки.</w:t>
      </w:r>
    </w:p>
    <w:p>
      <w:r>
        <w:t>ИСХОДНЫЙ МАТЕРИАЛ:</w:t>
      </w:r>
    </w:p>
    <w:p>
      <w:pPr>
        <w:pStyle w:val="Heading1"/>
      </w:pPr>
      <w:r>
        <w:t>Проект технического задания на документный сканер</w:t>
      </w:r>
    </w:p>
    <w:p>
      <w:pPr>
        <w:pStyle w:val="Heading2"/>
      </w:pPr>
      <w:r>
        <w:t>Назначение и статус</w:t>
      </w:r>
    </w:p>
    <w:p>
      <w:r>
        <w:t>Проект подготовлен для обсуждения закупки одного настольного сканера открытых справочных материалов. Документ ещё не согласован. Пункты имеют устойчивые идентификаторы Т1–Т12 для ссылок при проверке. Проверяющий должен выявить дефекты формулировок, но не выбирать за заказчика технические характеристики. При проверке достаточно текста ниже; внешние стандарты не приложены.</w:t>
      </w:r>
    </w:p>
    <w:p>
      <w:pPr>
        <w:pStyle w:val="Heading2"/>
      </w:pPr>
      <w:r>
        <w:t>Требования</w:t>
      </w:r>
    </w:p>
    <w:p>
      <w:r>
        <w:t>Т1. Скорость одностороннего сканирования А4 при 300 dpi в чёрно-белом режиме должна быть не менее 50 страниц в минуту.</w:t>
      </w:r>
    </w:p>
    <w:p>
      <w:r>
        <w:t>Т2. Лоток автоматической подачи должен вмещать не менее 80 листов бумаги плотностью 80 г/м².</w:t>
      </w:r>
    </w:p>
    <w:p>
      <w:r>
        <w:t>Т3. Устройство должно качественно обрабатывать документы, иметь удобное управление и высокую надёжность. Показатели качества, удобства и надёжности в проекте не расшифрованы.</w:t>
      </w:r>
    </w:p>
    <w:p>
      <w:r>
        <w:t>Т4. Программное обеспечение должно вести журнал операций сканирования с датой и результатом операции.</w:t>
      </w:r>
    </w:p>
    <w:p>
      <w:r>
        <w:t>Т5. Номинальная потребляемая мощность — не более 80 Вт. Режим измерения и состав подключённых компонентов не указаны.</w:t>
      </w:r>
    </w:p>
    <w:p>
      <w:r>
        <w:t>Т6. Драйвер должен быть совместим с рабочими станциями заказчика. Операционная система, версия и архитектура рабочих станций не названы.</w:t>
      </w:r>
    </w:p>
    <w:p>
      <w:r>
        <w:t>Т7. Скорость одностороннего сканирования А4 при 300 dpi в чёрно-белом режиме должна быть не более 40 страниц в минуту для соблюдения внутреннего ограничения потока.</w:t>
      </w:r>
    </w:p>
    <w:p>
      <w:r>
        <w:t>Т8. Вместимость лотка автоматической подачи должна составлять не более 60 листов бумаги плотностью 80 г/м².</w:t>
      </w:r>
    </w:p>
    <w:p>
      <w:r>
        <w:t>Т9. Предельная пиковая мощность при запуске — 120 Вт. Длительность пика и метод измерения не заданы.</w:t>
      </w:r>
    </w:p>
    <w:p>
      <w:r>
        <w:t>Т10. Программа обязана сохранять журнал сканирования с датой выполнения и признаком успешного завершения операции.</w:t>
      </w:r>
    </w:p>
    <w:p>
      <w:r>
        <w:t>Т11. Поставка должна быть выполнена в кратчайшие сроки. Гарантия должна быть стандартной для данного класса устройств.</w:t>
      </w:r>
    </w:p>
    <w:p>
      <w:r>
        <w:t>Т12. Приёмка выполняется проверкой соответствия требованиям. Набор тестовых документов, объём выборки и допустимый процент повторного сканирования не описаны.</w:t>
      </w:r>
    </w:p>
    <w:p>
      <w:pPr>
        <w:pStyle w:val="Heading2"/>
      </w:pPr>
      <w:r>
        <w:t>Примечания разработчика</w:t>
      </w:r>
    </w:p>
    <w:p>
      <w:r>
        <w:t>В тексте используются понятия «номинальная» и «пиковая» мощность. Это разные характеристики. Нельзя автоматически объявлять 80 и 120 Вт числовым противоречием, не выяснив режимы и смысл пределов. Возможная проблема здесь — неполнота и неоднозначность условий измерения.</w:t>
      </w:r>
    </w:p>
    <w:p>
      <w:r>
        <w:t>В записке инициатора отдельно сказано: «Подключение к компьютеру предусмотрено», но конкретный интерфейс не выбран. Не требуется угадывать USB или Ethernet. Вопрос о допустимых форматах итоговых файлов также оставлен открытым. Отсутствие этих параметров — повод запросить решение, а не добавить популярный вариант как обязательный.</w:t>
      </w:r>
    </w:p>
    <w:p>
      <w:pPr>
        <w:pStyle w:val="Heading2"/>
      </w:pPr>
      <w:r>
        <w:t>Границы проверки</w:t>
      </w:r>
    </w:p>
    <w:p>
      <w:r>
        <w:t>Не добавляйте реальные нормативные документы, типовые сроки гарантии или требования конкретного изготовителя. Нельзя молча выбрать нижнюю либо верхнюю скорость из противоречивых пунктов. Предлагайте согласовать одно значение либо диапазон, оставляя значение полем для решения заказчика.</w:t>
      </w:r>
    </w:p>
    <w:p>
      <w:r>
        <w:t>Нужно отделить: явные конфликты; повторение близких требований; параметры, без которых нельзя проверить соответствие; оценочные слова без критерия. Для каждого вывода приведите идентификаторы и цитаты. При смысловом повторении Т4 и Т10 не утверждайте, что журналирование запрещено: предложите объединить требования и уточнить состав журнала. Итог проверки — проект замечаний для обсуждения, а не новая утверждённая редакция ТЗ.</w:t>
      </w:r>
    </w:p>
    <w:p>
      <w:pPr>
        <w:pStyle w:val="Heading3"/>
      </w:pPr>
      <w:r>
        <w:t>Второй запуск: структурированный запрос</w:t>
      </w:r>
    </w:p>
    <w:p>
      <w:r>
        <w:t>ЦЕЛЬ И ЗАДАЧА: Проверь ТЗ: найди несогласованные требования, дублирование, пропущенные параметры и спорные формулировки.</w:t>
      </w:r>
    </w:p>
    <w:p>
      <w:r>
        <w:t>КОНТЕКСТ И ИСТОЧНИКИ: только приложенный документ; адресат указан в формате.</w:t>
      </w:r>
    </w:p>
    <w:p>
      <w:r>
        <w:t>РОЛЬ: редактор требований.</w:t>
      </w:r>
    </w:p>
    <w:p>
      <w:r>
        <w:t>ОГРАНИЧЕНИЯ: не придумывай сведения, причины, даты, цены, ответственных и согласования. Сохраняй исключения и статус проекта. Недостающее вынеси в вопросы.</w:t>
      </w:r>
    </w:p>
    <w:p>
      <w:r>
        <w:t>ТРЕБОВАНИЯ К РЕЗУЛЬТАТУ: Реестр: пункт/цитата, тип проблемы, объяснение, вопрос заказчику, осторожный вариант правки. Различай явное противоречие и возможную неоднозначность.</w:t>
      </w:r>
    </w:p>
    <w:p>
      <w:r>
        <w:t>КРИТЕРИЙ ПРОВЕРКИ: указывай раздел источника для каждого вывода, показывай расчёты и единицы измерения; отличай противоречие от отсутствия данных.</w:t>
      </w:r>
    </w:p>
    <w:p>
      <w:r>
        <w:t>ИСХОДНЫЙ МАТЕРИАЛ:</w:t>
      </w:r>
    </w:p>
    <w:p>
      <w:pPr>
        <w:pStyle w:val="Heading1"/>
      </w:pPr>
      <w:r>
        <w:t>Проект технического задания на документный сканер</w:t>
      </w:r>
    </w:p>
    <w:p>
      <w:pPr>
        <w:pStyle w:val="Heading2"/>
      </w:pPr>
      <w:r>
        <w:t>Назначение и статус</w:t>
      </w:r>
    </w:p>
    <w:p>
      <w:r>
        <w:t>Проект подготовлен для обсуждения закупки одного настольного сканера открытых справочных материалов. Документ ещё не согласован. Пункты имеют устойчивые идентификаторы Т1–Т12 для ссылок при проверке. Проверяющий должен выявить дефекты формулировок, но не выбирать за заказчика технические характеристики. При проверке достаточно текста ниже; внешние стандарты не приложены.</w:t>
      </w:r>
    </w:p>
    <w:p>
      <w:pPr>
        <w:pStyle w:val="Heading2"/>
      </w:pPr>
      <w:r>
        <w:t>Требования</w:t>
      </w:r>
    </w:p>
    <w:p>
      <w:r>
        <w:t>Т1. Скорость одностороннего сканирования А4 при 300 dpi в чёрно-белом режиме должна быть не менее 50 страниц в минуту.</w:t>
      </w:r>
    </w:p>
    <w:p>
      <w:r>
        <w:t>Т2. Лоток автоматической подачи должен вмещать не менее 80 листов бумаги плотностью 80 г/м².</w:t>
      </w:r>
    </w:p>
    <w:p>
      <w:r>
        <w:t>Т3. Устройство должно качественно обрабатывать документы, иметь удобное управление и высокую надёжность. Показатели качества, удобства и надёжности в проекте не расшифрованы.</w:t>
      </w:r>
    </w:p>
    <w:p>
      <w:r>
        <w:t>Т4. Программное обеспечение должно вести журнал операций сканирования с датой и результатом операции.</w:t>
      </w:r>
    </w:p>
    <w:p>
      <w:r>
        <w:t>Т5. Номинальная потребляемая мощность — не более 80 Вт. Режим измерения и состав подключённых компонентов не указаны.</w:t>
      </w:r>
    </w:p>
    <w:p>
      <w:r>
        <w:t>Т6. Драйвер должен быть совместим с рабочими станциями заказчика. Операционная система, версия и архитектура рабочих станций не названы.</w:t>
      </w:r>
    </w:p>
    <w:p>
      <w:r>
        <w:t>Т7. Скорость одностороннего сканирования А4 при 300 dpi в чёрно-белом режиме должна быть не более 40 страниц в минуту для соблюдения внутреннего ограничения потока.</w:t>
      </w:r>
    </w:p>
    <w:p>
      <w:r>
        <w:t>Т8. Вместимость лотка автоматической подачи должна составлять не более 60 листов бумаги плотностью 80 г/м².</w:t>
      </w:r>
    </w:p>
    <w:p>
      <w:r>
        <w:t>Т9. Предельная пиковая мощность при запуске — 120 Вт. Длительность пика и метод измерения не заданы.</w:t>
      </w:r>
    </w:p>
    <w:p>
      <w:r>
        <w:t>Т10. Программа обязана сохранять журнал сканирования с датой выполнения и признаком успешного завершения операции.</w:t>
      </w:r>
    </w:p>
    <w:p>
      <w:r>
        <w:t>Т11. Поставка должна быть выполнена в кратчайшие сроки. Гарантия должна быть стандартной для данного класса устройств.</w:t>
      </w:r>
    </w:p>
    <w:p>
      <w:r>
        <w:t>Т12. Приёмка выполняется проверкой соответствия требованиям. Набор тестовых документов, объём выборки и допустимый процент повторного сканирования не описаны.</w:t>
      </w:r>
    </w:p>
    <w:p>
      <w:pPr>
        <w:pStyle w:val="Heading2"/>
      </w:pPr>
      <w:r>
        <w:t>Примечания разработчика</w:t>
      </w:r>
    </w:p>
    <w:p>
      <w:r>
        <w:t>В тексте используются понятия «номинальная» и «пиковая» мощность. Это разные характеристики. Нельзя автоматически объявлять 80 и 120 Вт числовым противоречием, не выяснив режимы и смысл пределов. Возможная проблема здесь — неполнота и неоднозначность условий измерения.</w:t>
      </w:r>
    </w:p>
    <w:p>
      <w:r>
        <w:t>В записке инициатора отдельно сказано: «Подключение к компьютеру предусмотрено», но конкретный интерфейс не выбран. Не требуется угадывать USB или Ethernet. Вопрос о допустимых форматах итоговых файлов также оставлен открытым. Отсутствие этих параметров — повод запросить решение, а не добавить популярный вариант как обязательный.</w:t>
      </w:r>
    </w:p>
    <w:p>
      <w:pPr>
        <w:pStyle w:val="Heading2"/>
      </w:pPr>
      <w:r>
        <w:t>Границы проверки</w:t>
      </w:r>
    </w:p>
    <w:p>
      <w:r>
        <w:t>Не добавляйте реальные нормативные документы, типовые сроки гарантии или требования конкретного изготовителя. Нельзя молча выбрать нижнюю либо верхнюю скорость из противоречивых пунктов. Предлагайте согласовать одно значение либо диапазон, оставляя значение полем для решения заказчика.</w:t>
      </w:r>
    </w:p>
    <w:p>
      <w:r>
        <w:t>Нужно отделить: явные конфликты; повторение близких требований; параметры, без которых нельзя проверить соответствие; оценочные слова без критерия. Для каждого вывода приведите идентификаторы и цитаты. При смысловом повторении Т4 и Т10 не утверждайте, что журналирование запрещено: предложите объединить требования и уточнить состав журнала. Итог проверки — проект замечаний для обсуждения, а не новая утверждённая редакция ТЗ.</w:t>
      </w:r>
    </w:p>
    <w:p>
      <w:pPr>
        <w:pStyle w:val="Heading2"/>
      </w:pPr>
      <w:r>
        <w:t>Проверить аналитическую справку на факты</w:t>
      </w:r>
    </w:p>
    <w:p>
      <w:pPr>
        <w:pStyle w:val="Heading3"/>
      </w:pPr>
      <w:r>
        <w:t>Первый запуск: общий запрос</w:t>
      </w:r>
    </w:p>
    <w:p>
      <w:r>
        <w:t>Проверь факты в справке.</w:t>
      </w:r>
    </w:p>
    <w:p>
      <w:r>
        <w:t>ИСХОДНЫЙ МАТЕРИАЛ:</w:t>
      </w:r>
    </w:p>
    <w:p>
      <w:pPr>
        <w:pStyle w:val="Heading1"/>
      </w:pPr>
      <w:r>
        <w:t>Аналитическая справка и пакет оснований</w:t>
      </w:r>
    </w:p>
    <w:p>
      <w:pPr>
        <w:pStyle w:val="Heading2"/>
      </w:pPr>
      <w:r>
        <w:t>Часть А. Текст для проверки</w:t>
      </w:r>
    </w:p>
    <w:p>
      <w:r>
        <w:t>А1. За август 2026 года группа обработала 100 обращений, что на 20% больше, чем в июле 2026 года.</w:t>
      </w:r>
    </w:p>
    <w:p>
      <w:r>
        <w:t>А2. В августе 95% обращений закрыты в согласованный срок. Это самый высокий показатель за последние три года.</w:t>
      </w:r>
    </w:p>
    <w:p>
      <w:r>
        <w:t>А3. После введения нового шаблона средняя длительность подготовки материала сократилась с 5 до 3 рабочих дней, то есть на 40%. Снижение произошло именно благодаря шаблону.</w:t>
      </w:r>
    </w:p>
    <w:p>
      <w:r>
        <w:t>А4. Опрос показал, что 70% всех работников считают новый порядок удобным.</w:t>
      </w:r>
    </w:p>
    <w:p>
      <w:r>
        <w:t>А5. Приказ об обязательном использовании шаблона вступил в силу 4 октября 2026 года.</w:t>
      </w:r>
    </w:p>
    <w:p>
      <w:r>
        <w:t>А6. Экономия за год составит 1,2 млн рублей. Окупаемость решения — три месяца.</w:t>
      </w:r>
    </w:p>
    <w:p>
      <w:r>
        <w:t>А7. Согласно обзору «Офисная аналитика — 2026», новая методика повышает производительность на 30%: https://office-review.example.invalid/report-2026.</w:t>
      </w:r>
    </w:p>
    <w:p>
      <w:r>
        <w:t>А8. Все материалы проходят автоматическую проверку и поэтому не содержат ошибок. Жалоб пользователей после внедрения не поступало.</w:t>
      </w:r>
    </w:p>
    <w:p>
      <w:pPr>
        <w:pStyle w:val="Heading2"/>
      </w:pPr>
      <w:r>
        <w:t>Часть Б. Предоставленные источники</w:t>
      </w:r>
    </w:p>
    <w:p>
      <w:r>
        <w:t>И1. Выписка из реестра: июль 2026 — закрыто 80 обращений; август 2026 — закрыто 100. Для всех 100 августовских обращений был согласован срок; 90 закрыто вовремя, 10 позднее. Сведения за предыдущие годы в выписке отсутствуют.</w:t>
      </w:r>
    </w:p>
    <w:p>
      <w:r>
        <w:t>И2. Запись наблюдений по длительности: среднее по 10 материалам до изменения — 5 рабочих дней; среднее по 10 другим материалам после изменения — 3 рабочих дня. Сложность и объём материалов не сопоставлялись. Контрольной группы не было. Причины изменения длительности отдельно не исследовались.</w:t>
      </w:r>
    </w:p>
    <w:p>
      <w:r>
        <w:t>И3. Результаты опроса: приглашено 20 работников; ответили 10. Из ответивших 7 выбрали «удобно», 2 — «без изменений», 1 — «неудобно». Общая численность работников организации не указана.</w:t>
      </w:r>
    </w:p>
    <w:p>
      <w:r>
        <w:t>И4. Сопроводительное письмо: «Направляем проект приказа для обсуждения. Предлагаемая дата начала — 4 октября 2026 года. Решение о введении и утверждённая дата будут сообщены отдельно». Подписанного приказа в пакете нет.</w:t>
      </w:r>
    </w:p>
    <w:p>
      <w:r>
        <w:t>И5. Финансовая записка: расчёт экономии не выполнен; затраты на внедрение и сопровождение ещё собираются. Вопрос окупаемости предлагается рассмотреть после получения данных.</w:t>
      </w:r>
    </w:p>
    <w:p>
      <w:r>
        <w:t>И6. Журнал отзывов: получены 2 обращения с просьбой объяснить отдельные поля шаблона. Формальной классификации «жалоба/вопрос» в журнале нет. Сведения об обязательной автоматической проверке и результатах проверки качества не приложены.</w:t>
      </w:r>
    </w:p>
    <w:p>
      <w:pPr>
        <w:pStyle w:val="Heading2"/>
      </w:pPr>
      <w:r>
        <w:t>Часть В. Правила работы с пакетом</w:t>
      </w:r>
    </w:p>
    <w:p>
      <w:r>
        <w:t>Перечисленные материалы И1–И6 — единственные доступные основания в этой задаче. Ссылка А7 намеренно использует домен .invalid и не предназначена для открытия. Не заменяйте её похожим реальным сайтом и не утверждайте, что изучили упомянутый обзор. Заголовок обзора сам по себе не подтверждает его существование.</w:t>
      </w:r>
    </w:p>
    <w:p>
      <w:r>
        <w:t>Нужно проверять отдельно арифметику, базу процента, временной период, охват выборки, статус документа и причинные утверждения. Совпадение вычисленного 40% с текстом не доказывает причинность. Доля 7 из 10 не является оценкой всех работников без обоснования репрезентативности. Предложенная дата не является датой вступления приказа в силу.</w:t>
      </w:r>
    </w:p>
    <w:p>
      <w:r>
        <w:t>Если оснований недостаточно, укажите, какой первичный документ нужен. Не придумывайте недостающие затраты для расчёта окупаемости. Не считайте неподтверждённое автоматически ложным: различайте отсутствие доказательств и прямое противоречие представленным материалам.</w:t>
      </w:r>
    </w:p>
    <w:p>
      <w:pPr>
        <w:pStyle w:val="Heading3"/>
      </w:pPr>
      <w:r>
        <w:t>Второй запуск: структурированный запрос</w:t>
      </w:r>
    </w:p>
    <w:p>
      <w:r>
        <w:t>ЦЕЛЬ И ЗАДАЧА: Выдели все числа, даты, ссылки и проверяемые утверждения; сопоставь их с приложенным пакетом источников.</w:t>
      </w:r>
    </w:p>
    <w:p>
      <w:r>
        <w:t>КОНТЕКСТ И ИСТОЧНИКИ: только приложенный документ; адресат указан в формате.</w:t>
      </w:r>
    </w:p>
    <w:p>
      <w:r>
        <w:t>РОЛЬ: редактор фактчекинга.</w:t>
      </w:r>
    </w:p>
    <w:p>
      <w:r>
        <w:t>ОГРАНИЧЕНИЯ: не придумывай сведения, причины, даты, цены, ответственных и согласования. Сохраняй исключения и статус проекта. Недостающее вынеси в вопросы.</w:t>
      </w:r>
    </w:p>
    <w:p>
      <w:r>
        <w:t>ТРЕБОВАНИЯ К РЕЗУЛЬТАТУ: Таблица: утверждение, тип, источник/фрагмент, статус, объяснение, действие. Статусы: подтверждается / противоречит / не подтверждено / нужен внешний источник.</w:t>
      </w:r>
    </w:p>
    <w:p>
      <w:r>
        <w:t>КРИТЕРИЙ ПРОВЕРКИ: указывай раздел источника для каждого вывода, показывай расчёты и единицы измерения; отличай противоречие от отсутствия данных.</w:t>
      </w:r>
    </w:p>
    <w:p>
      <w:r>
        <w:t>ИСХОДНЫЙ МАТЕРИАЛ:</w:t>
      </w:r>
    </w:p>
    <w:p>
      <w:pPr>
        <w:pStyle w:val="Heading1"/>
      </w:pPr>
      <w:r>
        <w:t>Аналитическая справка и пакет оснований</w:t>
      </w:r>
    </w:p>
    <w:p>
      <w:pPr>
        <w:pStyle w:val="Heading2"/>
      </w:pPr>
      <w:r>
        <w:t>Часть А. Текст для проверки</w:t>
      </w:r>
    </w:p>
    <w:p>
      <w:r>
        <w:t>А1. За август 2026 года группа обработала 100 обращений, что на 20% больше, чем в июле 2026 года.</w:t>
      </w:r>
    </w:p>
    <w:p>
      <w:r>
        <w:t>А2. В августе 95% обращений закрыты в согласованный срок. Это самый высокий показатель за последние три года.</w:t>
      </w:r>
    </w:p>
    <w:p>
      <w:r>
        <w:t>А3. После введения нового шаблона средняя длительность подготовки материала сократилась с 5 до 3 рабочих дней, то есть на 40%. Снижение произошло именно благодаря шаблону.</w:t>
      </w:r>
    </w:p>
    <w:p>
      <w:r>
        <w:t>А4. Опрос показал, что 70% всех работников считают новый порядок удобным.</w:t>
      </w:r>
    </w:p>
    <w:p>
      <w:r>
        <w:t>А5. Приказ об обязательном использовании шаблона вступил в силу 4 октября 2026 года.</w:t>
      </w:r>
    </w:p>
    <w:p>
      <w:r>
        <w:t>А6. Экономия за год составит 1,2 млн рублей. Окупаемость решения — три месяца.</w:t>
      </w:r>
    </w:p>
    <w:p>
      <w:r>
        <w:t>А7. Согласно обзору «Офисная аналитика — 2026», новая методика повышает производительность на 30%: https://office-review.example.invalid/report-2026.</w:t>
      </w:r>
    </w:p>
    <w:p>
      <w:r>
        <w:t>А8. Все материалы проходят автоматическую проверку и поэтому не содержат ошибок. Жалоб пользователей после внедрения не поступало.</w:t>
      </w:r>
    </w:p>
    <w:p>
      <w:pPr>
        <w:pStyle w:val="Heading2"/>
      </w:pPr>
      <w:r>
        <w:t>Часть Б. Предоставленные источники</w:t>
      </w:r>
    </w:p>
    <w:p>
      <w:r>
        <w:t>И1. Выписка из реестра: июль 2026 — закрыто 80 обращений; август 2026 — закрыто 100. Для всех 100 августовских обращений был согласован срок; 90 закрыто вовремя, 10 позднее. Сведения за предыдущие годы в выписке отсутствуют.</w:t>
      </w:r>
    </w:p>
    <w:p>
      <w:r>
        <w:t>И2. Запись наблюдений по длительности: среднее по 10 материалам до изменения — 5 рабочих дней; среднее по 10 другим материалам после изменения — 3 рабочих дня. Сложность и объём материалов не сопоставлялись. Контрольной группы не было. Причины изменения длительности отдельно не исследовались.</w:t>
      </w:r>
    </w:p>
    <w:p>
      <w:r>
        <w:t>И3. Результаты опроса: приглашено 20 работников; ответили 10. Из ответивших 7 выбрали «удобно», 2 — «без изменений», 1 — «неудобно». Общая численность работников организации не указана.</w:t>
      </w:r>
    </w:p>
    <w:p>
      <w:r>
        <w:t>И4. Сопроводительное письмо: «Направляем проект приказа для обсуждения. Предлагаемая дата начала — 4 октября 2026 года. Решение о введении и утверждённая дата будут сообщены отдельно». Подписанного приказа в пакете нет.</w:t>
      </w:r>
    </w:p>
    <w:p>
      <w:r>
        <w:t>И5. Финансовая записка: расчёт экономии не выполнен; затраты на внедрение и сопровождение ещё собираются. Вопрос окупаемости предлагается рассмотреть после получения данных.</w:t>
      </w:r>
    </w:p>
    <w:p>
      <w:r>
        <w:t>И6. Журнал отзывов: получены 2 обращения с просьбой объяснить отдельные поля шаблона. Формальной классификации «жалоба/вопрос» в журнале нет. Сведения об обязательной автоматической проверке и результатах проверки качества не приложены.</w:t>
      </w:r>
    </w:p>
    <w:p>
      <w:pPr>
        <w:pStyle w:val="Heading2"/>
      </w:pPr>
      <w:r>
        <w:t>Часть В. Правила работы с пакетом</w:t>
      </w:r>
    </w:p>
    <w:p>
      <w:r>
        <w:t>Перечисленные материалы И1–И6 — единственные доступные основания в этой задаче. Ссылка А7 намеренно использует домен .invalid и не предназначена для открытия. Не заменяйте её похожим реальным сайтом и не утверждайте, что изучили упомянутый обзор. Заголовок обзора сам по себе не подтверждает его существование.</w:t>
      </w:r>
    </w:p>
    <w:p>
      <w:r>
        <w:t>Нужно проверять отдельно арифметику, базу процента, временной период, охват выборки, статус документа и причинные утверждения. Совпадение вычисленного 40% с текстом не доказывает причинность. Доля 7 из 10 не является оценкой всех работников без обоснования репрезентативности. Предложенная дата не является датой вступления приказа в силу.</w:t>
      </w:r>
    </w:p>
    <w:p>
      <w:r>
        <w:t>Если оснований недостаточно, укажите, какой первичный документ нужен. Не придумывайте недостающие затраты для расчёта окупаемости. Не считайте неподтверждённое автоматически ложным: различайте отсутствие доказательств и прямое противоречие представленным материалам.</w:t>
      </w:r>
    </w:p>
    <w:p>
      <w:pPr>
        <w:pStyle w:val="Heading2"/>
      </w:pPr>
      <w:r>
        <w:t>Преобразовать рабочие заметки в план действий</w:t>
      </w:r>
    </w:p>
    <w:p>
      <w:pPr>
        <w:pStyle w:val="Heading3"/>
      </w:pPr>
      <w:r>
        <w:t>Первый запуск: общий запрос</w:t>
      </w:r>
    </w:p>
    <w:p>
      <w:r>
        <w:t>Сделай план по заметкам.</w:t>
      </w:r>
    </w:p>
    <w:p>
      <w:r>
        <w:t>ИСХОДНЫЙ МАТЕРИАЛ:</w:t>
      </w:r>
    </w:p>
    <w:p>
      <w:pPr>
        <w:pStyle w:val="Heading1"/>
      </w:pPr>
      <w:r>
        <w:t>Рабочие заметки к подготовке справочных материалов</w:t>
      </w:r>
    </w:p>
    <w:p>
      <w:pPr>
        <w:pStyle w:val="Heading2"/>
      </w:pPr>
      <w:r>
        <w:t>Контекст</w:t>
      </w:r>
    </w:p>
    <w:p>
      <w:r>
        <w:t>Обсуждается обновление открытой памятки о подаче офисных обращений. Записи сделаны в свободной форме; часть реплик — предложения, часть — подтверждённые договорённости. Имена заменены ролями. День встречи и календарная неделя не заданы: относительные сроки нельзя самостоятельно переводить в даты.</w:t>
      </w:r>
    </w:p>
    <w:p>
      <w:pPr>
        <w:pStyle w:val="Heading2"/>
      </w:pPr>
      <w:r>
        <w:t>Заметки</w:t>
      </w:r>
    </w:p>
    <w:p>
      <w:r>
        <w:t>З1. Координатор подтвердил: нужно собрать действующие версии памяток из трёх открытых папок и составить перечень. За сбор берётся координатор. Перечень нужен к следующей рабочей встрече; дата встречи пока не определена.</w:t>
      </w:r>
    </w:p>
    <w:p>
      <w:r>
        <w:t>З2. Методист согласился проверить собранные тексты на понятность и повторы. Начинает после получения перечня и файлов от координатора. Точный срок проверки не обсуждали.</w:t>
      </w:r>
    </w:p>
    <w:p>
      <w:r>
        <w:t>З3. Прозвучало: «Может, логистика уточнит порядок доставки печатных экземпляров?» Представитель логистики не участвовал. Ответственного за этот вопрос не назначили.</w:t>
      </w:r>
    </w:p>
    <w:p>
      <w:r>
        <w:t>З4. Руководитель предложил посмотреть две версии оформления. Это предложение принято к рассмотрению; готовить финальный макет пока не поручали. Кто сделает варианты и к какому сроку — не решили.</w:t>
      </w:r>
    </w:p>
    <w:p>
      <w:r>
        <w:t>З5. Координатор подтвердил: после замечаний методиста подготовит сводный список правок и передаст руководителю для решения. Вносить спорные содержательные изменения без решения руководителя не следует.</w:t>
      </w:r>
    </w:p>
    <w:p>
      <w:r>
        <w:t>З6. Кто-то сказал: «Было бы хорошо разослать всё в среду». Срок не согласован; никто не подтвердил готовность исходных материалов. Получателей рассылки ещё нужно определить.</w:t>
      </w:r>
    </w:p>
    <w:p>
      <w:r>
        <w:t>З7. Методист отметил, что в старой памятке есть ссылка на форму, которая не открывается у одного участника. Нужно проверить актуальность адреса. Не установлено, неверна ли ссылка или ограничен доступ. Исполнитель проверки не назначен.</w:t>
      </w:r>
    </w:p>
    <w:p>
      <w:r>
        <w:t>З8. На пятницу условно запланирована проверка готовности материалов. Руководитель подчеркнул: это контрольная точка, а не дата запуска нового порядка. Календарная дата пятницы в записи отсутствует.</w:t>
      </w:r>
    </w:p>
    <w:p>
      <w:r>
        <w:t>З9. Обсуждалась печать 30 экземпляров. Количество предложено для оценки, не утверждено. Цена и бюджет отсутствуют; заявку на закупку не согласовали.</w:t>
      </w:r>
    </w:p>
    <w:p>
      <w:r>
        <w:t>З10. Координатор сообщил: доступна только старая версия формы. Требуется получить подтверждение, какая версия актуальна. Без этого нельзя завершить инструкцию по заполнению.</w:t>
      </w:r>
    </w:p>
    <w:p>
      <w:r>
        <w:t>З11. Руководитель подтвердил свою роль: рассмотреть список спорных правок и выбрать вариант после предоставления обоснований. Делегирования решения другим участникам не было.</w:t>
      </w:r>
    </w:p>
    <w:p>
      <w:r>
        <w:t>З12. После встречи методист предложил добавить примеры заполнения полей. Предложение ещё не обсуждалось; подготовку примеров никто не принял на себя.</w:t>
      </w:r>
    </w:p>
    <w:p>
      <w:pPr>
        <w:pStyle w:val="Heading2"/>
      </w:pPr>
      <w:r>
        <w:t>Ограничения плана</w:t>
      </w:r>
    </w:p>
    <w:p>
      <w:r>
        <w:t>Ответственных можно указывать только там, где принятие задачи явно подтверждено. Для остальных действий пишите «не назначено», при необходимости предложите роль отдельным столбцом «предложение», но не смешивайте её с назначением. Не называйте координатора ответственным за всё по умолчанию.</w:t>
      </w:r>
    </w:p>
    <w:p>
      <w:r>
        <w:t>Подтверждённые зависимости: перечень и файлы предшествуют проверке методиста; замечания предшествуют своду правок; свод спорных вопросов предшествует решению руководителя. Окончательная инструкция зависит от подтверждения актуальной формы. Сроки, которых нет, не нужно заполнять ради красивой таблицы.</w:t>
      </w:r>
    </w:p>
    <w:p>
      <w:r>
        <w:t>Итог должен помогать провести следующую встречу: увидеть реальные обязательства, запросить назначения, уточнить материалы, согласовать сроки и бюджет. План не является приказом или утверждённым графиком. При изменении формата на краткую записку руководителю сохраняйте статусы всех предложений.</w:t>
      </w:r>
    </w:p>
    <w:p>
      <w:pPr>
        <w:pStyle w:val="Heading3"/>
      </w:pPr>
      <w:r>
        <w:t>Второй запуск: структурированный запрос</w:t>
      </w:r>
    </w:p>
    <w:p>
      <w:r>
        <w:t>ЦЕЛЬ И ЗАДАЧА: Преобразуй заметки в план: действие, ответственный, срок, нужные данные, зависимости и согласование.</w:t>
      </w:r>
    </w:p>
    <w:p>
      <w:r>
        <w:t>КОНТЕКСТ И ИСТОЧНИКИ: только приложенный документ; адресат указан в формате.</w:t>
      </w:r>
    </w:p>
    <w:p>
      <w:r>
        <w:t>РОЛЬ: координатор рабочих задач.</w:t>
      </w:r>
    </w:p>
    <w:p>
      <w:r>
        <w:t>ОГРАНИЧЕНИЯ: не придумывай сведения, причины, даты, цены, ответственных и согласования. Сохраняй исключения и статус проекта. Недостающее вынеси в вопросы.</w:t>
      </w:r>
    </w:p>
    <w:p>
      <w:r>
        <w:t>ТРЕБОВАНИЯ К РЕЗУЛЬТАТУ: Таблица действий и отдельные списки решений, предложений и открытых вопросов. Ссылайся на номера заметок. Неизвестные поля помечай «не назначено/не определено».</w:t>
      </w:r>
    </w:p>
    <w:p>
      <w:r>
        <w:t>КРИТЕРИЙ ПРОВЕРКИ: указывай раздел источника для каждого вывода, показывай расчёты и единицы измерения; отличай противоречие от отсутствия данных.</w:t>
      </w:r>
    </w:p>
    <w:p>
      <w:r>
        <w:t>ИСХОДНЫЙ МАТЕРИАЛ:</w:t>
      </w:r>
    </w:p>
    <w:p>
      <w:pPr>
        <w:pStyle w:val="Heading1"/>
      </w:pPr>
      <w:r>
        <w:t>Рабочие заметки к подготовке справочных материалов</w:t>
      </w:r>
    </w:p>
    <w:p>
      <w:pPr>
        <w:pStyle w:val="Heading2"/>
      </w:pPr>
      <w:r>
        <w:t>Контекст</w:t>
      </w:r>
    </w:p>
    <w:p>
      <w:r>
        <w:t>Обсуждается обновление открытой памятки о подаче офисных обращений. Записи сделаны в свободной форме; часть реплик — предложения, часть — подтверждённые договорённости. Имена заменены ролями. День встречи и календарная неделя не заданы: относительные сроки нельзя самостоятельно переводить в даты.</w:t>
      </w:r>
    </w:p>
    <w:p>
      <w:pPr>
        <w:pStyle w:val="Heading2"/>
      </w:pPr>
      <w:r>
        <w:t>Заметки</w:t>
      </w:r>
    </w:p>
    <w:p>
      <w:r>
        <w:t>З1. Координатор подтвердил: нужно собрать действующие версии памяток из трёх открытых папок и составить перечень. За сбор берётся координатор. Перечень нужен к следующей рабочей встрече; дата встречи пока не определена.</w:t>
      </w:r>
    </w:p>
    <w:p>
      <w:r>
        <w:t>З2. Методист согласился проверить собранные тексты на понятность и повторы. Начинает после получения перечня и файлов от координатора. Точный срок проверки не обсуждали.</w:t>
      </w:r>
    </w:p>
    <w:p>
      <w:r>
        <w:t>З3. Прозвучало: «Может, логистика уточнит порядок доставки печатных экземпляров?» Представитель логистики не участвовал. Ответственного за этот вопрос не назначили.</w:t>
      </w:r>
    </w:p>
    <w:p>
      <w:r>
        <w:t>З4. Руководитель предложил посмотреть две версии оформления. Это предложение принято к рассмотрению; готовить финальный макет пока не поручали. Кто сделает варианты и к какому сроку — не решили.</w:t>
      </w:r>
    </w:p>
    <w:p>
      <w:r>
        <w:t>З5. Координатор подтвердил: после замечаний методиста подготовит сводный список правок и передаст руководителю для решения. Вносить спорные содержательные изменения без решения руководителя не следует.</w:t>
      </w:r>
    </w:p>
    <w:p>
      <w:r>
        <w:t>З6. Кто-то сказал: «Было бы хорошо разослать всё в среду». Срок не согласован; никто не подтвердил готовность исходных материалов. Получателей рассылки ещё нужно определить.</w:t>
      </w:r>
    </w:p>
    <w:p>
      <w:r>
        <w:t>З7. Методист отметил, что в старой памятке есть ссылка на форму, которая не открывается у одного участника. Нужно проверить актуальность адреса. Не установлено, неверна ли ссылка или ограничен доступ. Исполнитель проверки не назначен.</w:t>
      </w:r>
    </w:p>
    <w:p>
      <w:r>
        <w:t>З8. На пятницу условно запланирована проверка готовности материалов. Руководитель подчеркнул: это контрольная точка, а не дата запуска нового порядка. Календарная дата пятницы в записи отсутствует.</w:t>
      </w:r>
    </w:p>
    <w:p>
      <w:r>
        <w:t>З9. Обсуждалась печать 30 экземпляров. Количество предложено для оценки, не утверждено. Цена и бюджет отсутствуют; заявку на закупку не согласовали.</w:t>
      </w:r>
    </w:p>
    <w:p>
      <w:r>
        <w:t>З10. Координатор сообщил: доступна только старая версия формы. Требуется получить подтверждение, какая версия актуальна. Без этого нельзя завершить инструкцию по заполнению.</w:t>
      </w:r>
    </w:p>
    <w:p>
      <w:r>
        <w:t>З11. Руководитель подтвердил свою роль: рассмотреть список спорных правок и выбрать вариант после предоставления обоснований. Делегирования решения другим участникам не было.</w:t>
      </w:r>
    </w:p>
    <w:p>
      <w:r>
        <w:t>З12. После встречи методист предложил добавить примеры заполнения полей. Предложение ещё не обсуждалось; подготовку примеров никто не принял на себя.</w:t>
      </w:r>
    </w:p>
    <w:p>
      <w:pPr>
        <w:pStyle w:val="Heading2"/>
      </w:pPr>
      <w:r>
        <w:t>Ограничения плана</w:t>
      </w:r>
    </w:p>
    <w:p>
      <w:r>
        <w:t>Ответственных можно указывать только там, где принятие задачи явно подтверждено. Для остальных действий пишите «не назначено», при необходимости предложите роль отдельным столбцом «предложение», но не смешивайте её с назначением. Не называйте координатора ответственным за всё по умолчанию.</w:t>
      </w:r>
    </w:p>
    <w:p>
      <w:r>
        <w:t>Подтверждённые зависимости: перечень и файлы предшествуют проверке методиста; замечания предшествуют своду правок; свод спорных вопросов предшествует решению руководителя. Окончательная инструкция зависит от подтверждения актуальной формы. Сроки, которых нет, не нужно заполнять ради красивой таблицы.</w:t>
      </w:r>
    </w:p>
    <w:p>
      <w:r>
        <w:t>Итог должен помогать провести следующую встречу: увидеть реальные обязательства, запросить назначения, уточнить материалы, согласовать сроки и бюджет. План не является приказом или утверждённым графиком. При изменении формата на краткую записку руководителю сохраняйте статусы всех предложений.</w:t>
      </w:r>
    </w:p>
    <w:p>
      <w:pPr>
        <w:pStyle w:val="Heading2"/>
      </w:pPr>
      <w:r>
        <w:t>Краткое резюме отчёта для руководителя</w:t>
      </w:r>
    </w:p>
    <w:p>
      <w:pPr>
        <w:pStyle w:val="Heading3"/>
      </w:pPr>
      <w:r>
        <w:t>Первый запуск: общий запрос</w:t>
      </w:r>
    </w:p>
    <w:p>
      <w:r>
        <w:t>Сократи отчёт.</w:t>
      </w:r>
    </w:p>
    <w:p>
      <w:r>
        <w:t>ИСХОДНЫЙ МАТЕРИАЛ:</w:t>
      </w:r>
    </w:p>
    <w:p>
      <w:pPr>
        <w:pStyle w:val="Heading1"/>
      </w:pPr>
      <w:r>
        <w:t>Отчёт вымышленной группы сопровождения за четыре недели</w:t>
      </w:r>
    </w:p>
    <w:p>
      <w:pPr>
        <w:pStyle w:val="Heading2"/>
      </w:pPr>
      <w:r>
        <w:t>Р1. Назначение отчёта</w:t>
      </w:r>
    </w:p>
    <w:p>
      <w:r>
        <w:t>Группа сопровождает подготовку открытых информационных материалов: справок, памяток и презентаций. Отчёт нужен для короткого обсуждения с руководителем. Это не производственная отчётность. Показатели обезличены по замыслу учебного сценария; реальные фамилии, подразделения и заказчики отсутствуют. В отчёте отдельно учитываются поступление запросов, завершение работ и очередь. Эти величины относятся к разным событиям и не должны смешиваться.</w:t>
      </w:r>
    </w:p>
    <w:p>
      <w:pPr>
        <w:pStyle w:val="Heading2"/>
      </w:pPr>
      <w:r>
        <w:t>Р2. Движение запросов</w:t>
      </w:r>
    </w:p>
    <w:p>
      <w:r>
        <w:t>На начало периода в работе было 12 запросов. За период поступило ещё 48. Завершено 45 запросов, включая часть начального остатка. На конец периода осталось 15: 9 требуют работы группы, 6 ожидают уточнения исходных сведений. Проверка баланса: 12 + 48 − 45 = 15. Показатель 45 нельзя делить на 48 и называть долей завершённых именно новых запросов: принадлежность завершённых работ к входящему потоку не раскрыта.</w:t>
      </w:r>
    </w:p>
    <w:p>
      <w:pPr>
        <w:pStyle w:val="Heading2"/>
      </w:pPr>
      <w:r>
        <w:t>Р3. Распределение завершённых работ</w:t>
      </w:r>
    </w:p>
    <w:p>
      <w:r>
        <w:t>Из 45 завершённых работ: 18 кратких справок, 15 памяток, 12 комплектов тезисов. Сроки были согласованы для 40 работ; 34 выполнены в согласованный срок, 6 позднее. Для остальных 5 завершённых работ срок не фиксировался. Доля соблюдения срока среди работ с согласованным сроком составляет 34 из 40, то есть 85%. Вывод о 85% для всех 45 завершённых работ был бы некорректен.</w:t>
      </w:r>
    </w:p>
    <w:p>
      <w:pPr>
        <w:pStyle w:val="Heading2"/>
      </w:pPr>
      <w:r>
        <w:t>Р4. Качество и повторная работа</w:t>
      </w:r>
    </w:p>
    <w:p>
      <w:r>
        <w:t>На содержательное уточнение возвращены 7 завершённых материалов. Из них 4 — из-за изменения запроса после начала подготовки, 2 — из-за опечаток, 1 — из-за отсутствия обязательного раздела. Категории не пересекаются. Возврат не означает, что документ полностью непригоден; объём переделки не измерялся. Нельзя утверждать, что все возвраты вызваны ошибками исполнителя.</w:t>
      </w:r>
    </w:p>
    <w:p>
      <w:pPr>
        <w:pStyle w:val="Heading2"/>
      </w:pPr>
      <w:r>
        <w:t>Р5. Причины отклонений и ограничения</w:t>
      </w:r>
    </w:p>
    <w:p>
      <w:r>
        <w:t>Для 3 из 6 работ, выполненных позднее срока, в журнале указано позднее поступление исходных материалов. Для остальных 3 причина не зафиксирована. Дополнительная нагрузка в конце периода наблюдалась, но её связь с задержками не исследовалась. Сравнимых показателей прошлого месяца нет, поэтому нельзя заявлять рост производительности или ухудшение качества относительно прошлого периода.</w:t>
      </w:r>
    </w:p>
    <w:p>
      <w:pPr>
        <w:pStyle w:val="Heading2"/>
      </w:pPr>
      <w:r>
        <w:t>Р6. Предложения группы</w:t>
      </w:r>
    </w:p>
    <w:p>
      <w:r>
        <w:t>Предложено при регистрации запросов уточнять цель, адресата, объём и срок; для повторяющихся материалов использовать согласованный шаблон; отдельно отмечать ожидание информации. Предложения не утверждены. Для обсуждения с руководителем нужно решить, стоит ли провести учебную пробу нового бланка запроса. Исполнитель, дата начала, бюджет и показатели эффекта пока не определены. В резюме их следует назвать открытыми вопросами.</w:t>
      </w:r>
    </w:p>
    <w:p>
      <w:pPr>
        <w:pStyle w:val="Heading2"/>
      </w:pPr>
      <w:r>
        <w:t>Р7. Дополнительный контекст</w:t>
      </w:r>
    </w:p>
    <w:p>
      <w:r>
        <w:t>В периоде также обновили список общедоступных справочных материалов и провели короткую консультацию для новичков. Количество участников не фиксировалось. Эти события полезны как фон, но не подтверждают финансовый эффект или причину изменения сроков. Руководителю нужна краткая фактическая выжимка, а не пересказ каждого абзаца.</w:t>
      </w:r>
    </w:p>
    <w:p>
      <w:pPr>
        <w:pStyle w:val="Heading3"/>
      </w:pPr>
      <w:r>
        <w:t>Второй запуск: структурированный запрос</w:t>
      </w:r>
    </w:p>
    <w:p>
      <w:r>
        <w:t>ЦЕЛЬ И ЗАДАЧА: Выдели главное из учебного отчёта для руководителя.</w:t>
      </w:r>
    </w:p>
    <w:p>
      <w:r>
        <w:t>КОНТЕКСТ И ИСТОЧНИКИ: только приложенный документ; адресат указан в формате.</w:t>
      </w:r>
    </w:p>
    <w:p>
      <w:r>
        <w:t>РОЛЬ: аналитик управленческой отчётности.</w:t>
      </w:r>
    </w:p>
    <w:p>
      <w:r>
        <w:t>ОГРАНИЧЕНИЯ: не придумывай сведения, причины, даты, цены, ответственных и согласования. Сохраняй исключения и статус проекта. Недостающее вынеси в вопросы.</w:t>
      </w:r>
    </w:p>
    <w:p>
      <w:r>
        <w:t>ТРЕБОВАНИЯ К РЕЗУЛЬТАТУ: Пять пунктов до 160 слов: результат, отклонения, подтверждённые причины, открытые вопросы, предложение для рассмотрения; указывай раздел-основание.</w:t>
      </w:r>
    </w:p>
    <w:p>
      <w:r>
        <w:t>КРИТЕРИЙ ПРОВЕРКИ: указывай раздел источника для каждого вывода, показывай расчёты и единицы измерения; отличай противоречие от отсутствия данных.</w:t>
      </w:r>
    </w:p>
    <w:p>
      <w:r>
        <w:t>ИСХОДНЫЙ МАТЕРИАЛ:</w:t>
      </w:r>
    </w:p>
    <w:p>
      <w:pPr>
        <w:pStyle w:val="Heading1"/>
      </w:pPr>
      <w:r>
        <w:t>Отчёт вымышленной группы сопровождения за четыре недели</w:t>
      </w:r>
    </w:p>
    <w:p>
      <w:pPr>
        <w:pStyle w:val="Heading2"/>
      </w:pPr>
      <w:r>
        <w:t>Р1. Назначение отчёта</w:t>
      </w:r>
    </w:p>
    <w:p>
      <w:r>
        <w:t>Группа сопровождает подготовку открытых информационных материалов: справок, памяток и презентаций. Отчёт нужен для короткого обсуждения с руководителем. Это не производственная отчётность. Показатели обезличены по замыслу учебного сценария; реальные фамилии, подразделения и заказчики отсутствуют. В отчёте отдельно учитываются поступление запросов, завершение работ и очередь. Эти величины относятся к разным событиям и не должны смешиваться.</w:t>
      </w:r>
    </w:p>
    <w:p>
      <w:pPr>
        <w:pStyle w:val="Heading2"/>
      </w:pPr>
      <w:r>
        <w:t>Р2. Движение запросов</w:t>
      </w:r>
    </w:p>
    <w:p>
      <w:r>
        <w:t>На начало периода в работе было 12 запросов. За период поступило ещё 48. Завершено 45 запросов, включая часть начального остатка. На конец периода осталось 15: 9 требуют работы группы, 6 ожидают уточнения исходных сведений. Проверка баланса: 12 + 48 − 45 = 15. Показатель 45 нельзя делить на 48 и называть долей завершённых именно новых запросов: принадлежность завершённых работ к входящему потоку не раскрыта.</w:t>
      </w:r>
    </w:p>
    <w:p>
      <w:pPr>
        <w:pStyle w:val="Heading2"/>
      </w:pPr>
      <w:r>
        <w:t>Р3. Распределение завершённых работ</w:t>
      </w:r>
    </w:p>
    <w:p>
      <w:r>
        <w:t>Из 45 завершённых работ: 18 кратких справок, 15 памяток, 12 комплектов тезисов. Сроки были согласованы для 40 работ; 34 выполнены в согласованный срок, 6 позднее. Для остальных 5 завершённых работ срок не фиксировался. Доля соблюдения срока среди работ с согласованным сроком составляет 34 из 40, то есть 85%. Вывод о 85% для всех 45 завершённых работ был бы некорректен.</w:t>
      </w:r>
    </w:p>
    <w:p>
      <w:pPr>
        <w:pStyle w:val="Heading2"/>
      </w:pPr>
      <w:r>
        <w:t>Р4. Качество и повторная работа</w:t>
      </w:r>
    </w:p>
    <w:p>
      <w:r>
        <w:t>На содержательное уточнение возвращены 7 завершённых материалов. Из них 4 — из-за изменения запроса после начала подготовки, 2 — из-за опечаток, 1 — из-за отсутствия обязательного раздела. Категории не пересекаются. Возврат не означает, что документ полностью непригоден; объём переделки не измерялся. Нельзя утверждать, что все возвраты вызваны ошибками исполнителя.</w:t>
      </w:r>
    </w:p>
    <w:p>
      <w:pPr>
        <w:pStyle w:val="Heading2"/>
      </w:pPr>
      <w:r>
        <w:t>Р5. Причины отклонений и ограничения</w:t>
      </w:r>
    </w:p>
    <w:p>
      <w:r>
        <w:t>Для 3 из 6 работ, выполненных позднее срока, в журнале указано позднее поступление исходных материалов. Для остальных 3 причина не зафиксирована. Дополнительная нагрузка в конце периода наблюдалась, но её связь с задержками не исследовалась. Сравнимых показателей прошлого месяца нет, поэтому нельзя заявлять рост производительности или ухудшение качества относительно прошлого периода.</w:t>
      </w:r>
    </w:p>
    <w:p>
      <w:pPr>
        <w:pStyle w:val="Heading2"/>
      </w:pPr>
      <w:r>
        <w:t>Р6. Предложения группы</w:t>
      </w:r>
    </w:p>
    <w:p>
      <w:r>
        <w:t>Предложено при регистрации запросов уточнять цель, адресата, объём и срок; для повторяющихся материалов использовать согласованный шаблон; отдельно отмечать ожидание информации. Предложения не утверждены. Для обсуждения с руководителем нужно решить, стоит ли провести учебную пробу нового бланка запроса. Исполнитель, дата начала, бюджет и показатели эффекта пока не определены. В резюме их следует назвать открытыми вопросами.</w:t>
      </w:r>
    </w:p>
    <w:p>
      <w:pPr>
        <w:pStyle w:val="Heading2"/>
      </w:pPr>
      <w:r>
        <w:t>Р7. Дополнительный контекст</w:t>
      </w:r>
    </w:p>
    <w:p>
      <w:r>
        <w:t>В периоде также обновили список общедоступных справочных материалов и провели короткую консультацию для новичков. Количество участников не фиксировалось. Эти события полезны как фон, но не подтверждают финансовый эффект или причину изменения сроков. Руководителю нужна краткая фактическая выжимка, а не пересказ каждого абзаца.</w:t>
      </w:r>
    </w:p>
    <w:p>
      <w:pPr>
        <w:pStyle w:val="Heading2"/>
      </w:pPr>
      <w:r>
        <w:t>Сравнение двух версий порядка</w:t>
      </w:r>
    </w:p>
    <w:p>
      <w:pPr>
        <w:pStyle w:val="Heading3"/>
      </w:pPr>
      <w:r>
        <w:t>Первый запуск: общий запрос</w:t>
      </w:r>
    </w:p>
    <w:p>
      <w:r>
        <w:t>Сравни версии регламента.</w:t>
      </w:r>
    </w:p>
    <w:p>
      <w:r>
        <w:t>ИСХОДНЫЙ МАТЕРИАЛ:</w:t>
      </w:r>
    </w:p>
    <w:p>
      <w:pPr>
        <w:pStyle w:val="Heading1"/>
      </w:pPr>
      <w:r>
        <w:t>Две учебные редакции порядка подготовки информационных материалов</w:t>
      </w:r>
    </w:p>
    <w:p>
      <w:pPr>
        <w:pStyle w:val="Heading2"/>
      </w:pPr>
      <w:r>
        <w:t>Сопроводительная записка</w:t>
      </w:r>
    </w:p>
    <w:p>
      <w:r>
        <w:t>Редакция А принята как действующая только внутри вымышленного учебного сценария. Редакция Б — проект для обсуждения; подтверждения её утверждения или даты введения нет. Сопоставление текста не даёт права выбирать действующую норму. При цитировании указывайте редакцию и номер пункта. Имена и реальные организационные реквизиты намеренно не используются.</w:t>
      </w:r>
    </w:p>
    <w:p>
      <w:pPr>
        <w:pStyle w:val="Heading2"/>
      </w:pPr>
      <w:r>
        <w:t>Редакция А</w:t>
      </w:r>
    </w:p>
    <w:p>
      <w:r>
        <w:t>А1. Заказчик направляет запрос на подготовку открытого информационного материала через условную форму «Запрос». В запросе указываются тема, цель и желаемый срок.</w:t>
      </w:r>
    </w:p>
    <w:p>
      <w:r>
        <w:t>А2. Координатор проверяет наличие обязательных полей. Если данных не хватает, возвращает запрос с перечнем уточнений. Срок такой проверки не установлен.</w:t>
      </w:r>
    </w:p>
    <w:p>
      <w:r>
        <w:t>А3. Исполнитель готовит черновик по предоставленным источникам. При отсутствии источника отмечает пробел и запрашивает сведения. Вымышленные ссылки не используются.</w:t>
      </w:r>
    </w:p>
    <w:p>
      <w:r>
        <w:t>А4. Заказчик проверяет содержание черновика. Согласование фиксируется отдельным сообщением. Отсутствие ответа не считается согласованием.</w:t>
      </w:r>
    </w:p>
    <w:p>
      <w:r>
        <w:t>А5. Исправления направляются одним списком через форму «Запрос». Общий срок внесения исправлений в документе не указан.</w:t>
      </w:r>
    </w:p>
    <w:p>
      <w:r>
        <w:t>А6. После согласования координатор сохраняет итоговую версию. Порядок хранения черновиков в этой редакции не описан.</w:t>
      </w:r>
    </w:p>
    <w:p>
      <w:pPr>
        <w:pStyle w:val="Heading2"/>
      </w:pPr>
      <w:r>
        <w:t>Редакция Б — проект</w:t>
      </w:r>
    </w:p>
    <w:p>
      <w:r>
        <w:t>Б1. Заказчик направляет запрос через условную форму «Запрос». Обязательные поля: тема, цель, адресат, формат результата и желаемый срок. Внутренние или конфиденциальные сведения в учебную форму не включаются.</w:t>
      </w:r>
    </w:p>
    <w:p>
      <w:r>
        <w:t>Б2. Координатор проверяет обязательные поля в течение двух рабочих дней после поступления. Если данных не хватает, возвращает запрос с перечнем уточнений. Время подготовки материала отсчитывается после получения полного набора исходных данных.</w:t>
      </w:r>
    </w:p>
    <w:p>
      <w:r>
        <w:t>Б3. Исполнитель готовит черновик по предоставленным источникам. При отсутствии источника отмечает пробел и запрашивает сведения. Вымышленные ссылки не используются.</w:t>
      </w:r>
    </w:p>
    <w:p>
      <w:r>
        <w:t>Б4. Заказчик проверяет содержание черновика. Согласование фиксируется отдельным сообщением. Отсутствие ответа не считается согласованием.</w:t>
      </w:r>
    </w:p>
    <w:p>
      <w:r>
        <w:t>Б5. Исправления направляются одним списком в карточке соответствующего запроса. Общий срок исправления согласуется отдельно. Это изменение относится к передаче замечаний, а не к первичной подаче запроса.</w:t>
      </w:r>
    </w:p>
    <w:p>
      <w:r>
        <w:t>Б6. После согласования координатор сохраняет итоговую версию и связанную с ней предыдущую редакцию. Конкретный срок хранения, место хранения и права доступа в проекте не заданы.</w:t>
      </w:r>
    </w:p>
    <w:p>
      <w:pPr>
        <w:pStyle w:val="Heading2"/>
      </w:pPr>
      <w:r>
        <w:t>Условия задания</w:t>
      </w:r>
    </w:p>
    <w:p>
      <w:r>
        <w:t>Нужно сравнить шесть пар пунктов. Б3 и Б4 повторяют А3 и А4 без смысловых изменений. Не называйте все пункты новыми. Отдельно покажите добавленные поля в Б1, срок первичной проверки и условие начала подготовки в Б2, изменённый способ передачи замечаний в Б5, расширение состава сохраняемых версий в Б6.</w:t>
      </w:r>
    </w:p>
    <w:p>
      <w:pPr>
        <w:pStyle w:val="Heading2"/>
      </w:pPr>
      <w:r>
        <w:t>Вопросы, которые требуют решения человека</w:t>
      </w:r>
    </w:p>
    <w:p>
      <w:r>
        <w:t>Утверждён ли проект Б? Какова дата перехода? Где будет храниться предыдущая редакция и как долго? Кто определяет права доступа? В тексте нет ответов. Сравнение может подготовить эти вопросы, но не разрешить их. Не создавайте юридические выводы и не ссылайтесь на реальные стандарты: это учебный материал для тренировки точности запроса.</w:t>
      </w:r>
    </w:p>
    <w:p>
      <w:pPr>
        <w:pStyle w:val="Heading3"/>
      </w:pPr>
      <w:r>
        <w:t>Второй запуск: структурированный запрос</w:t>
      </w:r>
    </w:p>
    <w:p>
      <w:r>
        <w:t>ЦЕЛЬ И ЗАДАЧА: Сопоставь учебные редакции А и Б по пунктам и покажи изменения.</w:t>
      </w:r>
    </w:p>
    <w:p>
      <w:r>
        <w:t>КОНТЕКСТ И ИСТОЧНИКИ: только приложенный документ; адресат указан в формате.</w:t>
      </w:r>
    </w:p>
    <w:p>
      <w:r>
        <w:t>РОЛЬ: редактор сравнительного обзора документов.</w:t>
      </w:r>
    </w:p>
    <w:p>
      <w:r>
        <w:t>ОГРАНИЧЕНИЯ: не придумывай сведения, причины, даты, цены, ответственных и согласования. Сохраняй исключения и статус проекта. Недостающее вынеси в вопросы.</w:t>
      </w:r>
    </w:p>
    <w:p>
      <w:r>
        <w:t>ТРЕБОВАНИЯ К РЕЗУЛЬТАТУ: Таблица: пункт / было (А) / стало (Б) / влияние / вопрос; отдельно неизменные условия и статус редакции Б.</w:t>
      </w:r>
    </w:p>
    <w:p>
      <w:r>
        <w:t>КРИТЕРИЙ ПРОВЕРКИ: указывай раздел источника для каждого вывода, показывай расчёты и единицы измерения; отличай противоречие от отсутствия данных.</w:t>
      </w:r>
    </w:p>
    <w:p>
      <w:r>
        <w:t>ИСХОДНЫЙ МАТЕРИАЛ:</w:t>
      </w:r>
    </w:p>
    <w:p>
      <w:pPr>
        <w:pStyle w:val="Heading1"/>
      </w:pPr>
      <w:r>
        <w:t>Две учебные редакции порядка подготовки информационных материалов</w:t>
      </w:r>
    </w:p>
    <w:p>
      <w:pPr>
        <w:pStyle w:val="Heading2"/>
      </w:pPr>
      <w:r>
        <w:t>Сопроводительная записка</w:t>
      </w:r>
    </w:p>
    <w:p>
      <w:r>
        <w:t>Редакция А принята как действующая только внутри вымышленного учебного сценария. Редакция Б — проект для обсуждения; подтверждения её утверждения или даты введения нет. Сопоставление текста не даёт права выбирать действующую норму. При цитировании указывайте редакцию и номер пункта. Имена и реальные организационные реквизиты намеренно не используются.</w:t>
      </w:r>
    </w:p>
    <w:p>
      <w:pPr>
        <w:pStyle w:val="Heading2"/>
      </w:pPr>
      <w:r>
        <w:t>Редакция А</w:t>
      </w:r>
    </w:p>
    <w:p>
      <w:r>
        <w:t>А1. Заказчик направляет запрос на подготовку открытого информационного материала через условную форму «Запрос». В запросе указываются тема, цель и желаемый срок.</w:t>
      </w:r>
    </w:p>
    <w:p>
      <w:r>
        <w:t>А2. Координатор проверяет наличие обязательных полей. Если данных не хватает, возвращает запрос с перечнем уточнений. Срок такой проверки не установлен.</w:t>
      </w:r>
    </w:p>
    <w:p>
      <w:r>
        <w:t>А3. Исполнитель готовит черновик по предоставленным источникам. При отсутствии источника отмечает пробел и запрашивает сведения. Вымышленные ссылки не используются.</w:t>
      </w:r>
    </w:p>
    <w:p>
      <w:r>
        <w:t>А4. Заказчик проверяет содержание черновика. Согласование фиксируется отдельным сообщением. Отсутствие ответа не считается согласованием.</w:t>
      </w:r>
    </w:p>
    <w:p>
      <w:r>
        <w:t>А5. Исправления направляются одним списком через форму «Запрос». Общий срок внесения исправлений в документе не указан.</w:t>
      </w:r>
    </w:p>
    <w:p>
      <w:r>
        <w:t>А6. После согласования координатор сохраняет итоговую версию. Порядок хранения черновиков в этой редакции не описан.</w:t>
      </w:r>
    </w:p>
    <w:p>
      <w:pPr>
        <w:pStyle w:val="Heading2"/>
      </w:pPr>
      <w:r>
        <w:t>Редакция Б — проект</w:t>
      </w:r>
    </w:p>
    <w:p>
      <w:r>
        <w:t>Б1. Заказчик направляет запрос через условную форму «Запрос». Обязательные поля: тема, цель, адресат, формат результата и желаемый срок. Внутренние или конфиденциальные сведения в учебную форму не включаются.</w:t>
      </w:r>
    </w:p>
    <w:p>
      <w:r>
        <w:t>Б2. Координатор проверяет обязательные поля в течение двух рабочих дней после поступления. Если данных не хватает, возвращает запрос с перечнем уточнений. Время подготовки материала отсчитывается после получения полного набора исходных данных.</w:t>
      </w:r>
    </w:p>
    <w:p>
      <w:r>
        <w:t>Б3. Исполнитель готовит черновик по предоставленным источникам. При отсутствии источника отмечает пробел и запрашивает сведения. Вымышленные ссылки не используются.</w:t>
      </w:r>
    </w:p>
    <w:p>
      <w:r>
        <w:t>Б4. Заказчик проверяет содержание черновика. Согласование фиксируется отдельным сообщением. Отсутствие ответа не считается согласованием.</w:t>
      </w:r>
    </w:p>
    <w:p>
      <w:r>
        <w:t>Б5. Исправления направляются одним списком в карточке соответствующего запроса. Общий срок исправления согласуется отдельно. Это изменение относится к передаче замечаний, а не к первичной подаче запроса.</w:t>
      </w:r>
    </w:p>
    <w:p>
      <w:r>
        <w:t>Б6. После согласования координатор сохраняет итоговую версию и связанную с ней предыдущую редакцию. Конкретный срок хранения, место хранения и права доступа в проекте не заданы.</w:t>
      </w:r>
    </w:p>
    <w:p>
      <w:pPr>
        <w:pStyle w:val="Heading2"/>
      </w:pPr>
      <w:r>
        <w:t>Условия задания</w:t>
      </w:r>
    </w:p>
    <w:p>
      <w:r>
        <w:t>Нужно сравнить шесть пар пунктов. Б3 и Б4 повторяют А3 и А4 без смысловых изменений. Не называйте все пункты новыми. Отдельно покажите добавленные поля в Б1, срок первичной проверки и условие начала подготовки в Б2, изменённый способ передачи замечаний в Б5, расширение состава сохраняемых версий в Б6.</w:t>
      </w:r>
    </w:p>
    <w:p>
      <w:pPr>
        <w:pStyle w:val="Heading2"/>
      </w:pPr>
      <w:r>
        <w:t>Вопросы, которые требуют решения человека</w:t>
      </w:r>
    </w:p>
    <w:p>
      <w:r>
        <w:t>Утверждён ли проект Б? Какова дата перехода? Где будет храниться предыдущая редакция и как долго? Кто определяет права доступа? В тексте нет ответов. Сравнение может подготовить эти вопросы, но не разрешить их. Не создавайте юридические выводы и не ссылайтесь на реальные стандарты: это учебный материал для тренировки точности запроса.</w:t>
      </w:r>
    </w:p>
    <w:p>
      <w:pPr>
        <w:pStyle w:val="Heading2"/>
      </w:pPr>
      <w:r>
        <w:t>План административных задач по неделям</w:t>
      </w:r>
    </w:p>
    <w:p>
      <w:pPr>
        <w:pStyle w:val="Heading3"/>
      </w:pPr>
      <w:r>
        <w:t>Первый запуск: общий запрос</w:t>
      </w:r>
    </w:p>
    <w:p>
      <w:r>
        <w:t>Распредели задачи по неделям.</w:t>
      </w:r>
    </w:p>
    <w:p>
      <w:r>
        <w:t>ИСХОДНЫЙ МАТЕРИАЛ:</w:t>
      </w:r>
    </w:p>
    <w:p>
      <w:pPr>
        <w:pStyle w:val="Heading1"/>
      </w:pPr>
      <w:r>
        <w:t>Учебный план работ: горизонт четыре недели</w:t>
      </w:r>
    </w:p>
    <w:p>
      <w:pPr>
        <w:pStyle w:val="Heading2"/>
      </w:pPr>
      <w:r>
        <w:t>1. Контекст</w:t>
      </w:r>
    </w:p>
    <w:p>
      <w:r>
        <w:t>Вымышленная административная группа готовит комплект открытых справочных материалов. Нужно распределить восемь задач по неделям 1–4. Фамилии исполнителей, реальные даты, кабинеты и поминутные графики не используются. Нагрузка выражена в условных баллах сложности. Балл не равен часу, дню или количеству работников. План служит упражнением на заданные ограничения, а не расчётом производственного цикла.</w:t>
      </w:r>
    </w:p>
    <w:p>
      <w:pPr>
        <w:pStyle w:val="Heading2"/>
      </w:pPr>
      <w:r>
        <w:t>2. Доступная ёмкость</w:t>
      </w:r>
    </w:p>
    <w:p>
      <w:r>
        <w:t>Неделя 1 — не более 5 баллов. Неделя 2 — не более 4 баллов. Неделя 3 — не более 5 баллов. Неделя 4 — не более 4 баллов. Ёмкость уже учитывает прочую занятость группы: добавлять свободные часы или привлекать новых людей без исходных данных нельзя. Перенос ёмкости между неделями не допускается. Необязательно загружать каждую неделю полностью.</w:t>
      </w:r>
    </w:p>
    <w:p>
      <w:pPr>
        <w:pStyle w:val="Heading2"/>
      </w:pPr>
      <w:r>
        <w:t>3. Задачи</w:t>
      </w:r>
    </w:p>
    <w:p>
      <w:r>
        <w:t>А. Собрать открытые исходные материалы — 2 балла. Выполнить на неделе 1.</w:t>
      </w:r>
    </w:p>
    <w:p>
      <w:r>
        <w:t>Б. Уточнить вопросы к содержанию — 1 балл. Выполнить после А; разрешено на той же неделе, если порядок внутри недели явно указан.</w:t>
      </w:r>
    </w:p>
    <w:p>
      <w:r>
        <w:t>В. Подготовить перечень тем — 2 балла. Выполнить после Б; можно на той же неделе при явной последовательности. Завершить не позднее недели 2.</w:t>
      </w:r>
    </w:p>
    <w:p>
      <w:r>
        <w:t>Г. Подготовить первый черновик памятки — 3 балла. Только после В, в более позднюю неделю.</w:t>
      </w:r>
    </w:p>
    <w:p>
      <w:r>
        <w:t>Д. Подготовить список вопросов для встречи — 1 балл. Выполнить не позднее недели 2; зависимостей нет.</w:t>
      </w:r>
    </w:p>
    <w:p>
      <w:r>
        <w:t>Е. Проверить черновик памятки — 2 балла. Только после Г, в более позднюю неделю.</w:t>
      </w:r>
    </w:p>
    <w:p>
      <w:r>
        <w:t>Ж. Составить итоговую версию — 3 балла. После Е; можно на той же неделе, если последовательность указана.</w:t>
      </w:r>
    </w:p>
    <w:p>
      <w:r>
        <w:t>З. Подготовить сообщение о готовности — 2 балла. Только после Ж, в более позднюю неделю. Завершить не позднее недели 4.</w:t>
      </w:r>
    </w:p>
    <w:p>
      <w:pPr>
        <w:pStyle w:val="Heading2"/>
      </w:pPr>
      <w:r>
        <w:t>4. Дополнительные ограничения</w:t>
      </w:r>
    </w:p>
    <w:p>
      <w:r>
        <w:t>Задача выполняется целиком за одну неделю; делить её баллы между неделями нельзя. Для всего набора требуется 16 баллов, доступно 18. Наличие запаса 2 балла само по себе ещё не доказывает выполнимость: нужно проверить зависимости и крайние недели. Порядок внутри недели должен быть виден, если связанные задачи размещены вместе.</w:t>
      </w:r>
    </w:p>
    <w:p>
      <w:pPr>
        <w:pStyle w:val="Heading2"/>
      </w:pPr>
      <w:r>
        <w:t>5. Как оценивать результат</w:t>
      </w:r>
    </w:p>
    <w:p>
      <w:r>
        <w:t>Проверьте присутствие всех восьми задач ровно один раз, суммы баллов по каждой неделе, последовательность и ограничения по срокам. Если модель сообщает, что плана нет, попросите показать конкретный конфликт. Не разрешайте ей молча увеличить ёмкость. Необходимо отличать предложенный план от утверждённого графика.</w:t>
      </w:r>
    </w:p>
    <w:p>
      <w:pPr>
        <w:pStyle w:val="Heading2"/>
      </w:pPr>
      <w:r>
        <w:t>6. Что не задано</w:t>
      </w:r>
    </w:p>
    <w:p>
      <w:r>
        <w:t>Не заданы отпуска, реальные трудозатраты, квалификация, исполнители и фактические даты. Не придумывайте их. Если потребуется переход к реальному планированию, эти сведения должен предоставить человек. В текущей практике достаточно условных недель и баллов. Финансовые, технические и производственные данные в сценарии отсутствуют.</w:t>
      </w:r>
    </w:p>
    <w:p>
      <w:pPr>
        <w:pStyle w:val="Heading3"/>
      </w:pPr>
      <w:r>
        <w:t>Второй запуск: структурированный запрос</w:t>
      </w:r>
    </w:p>
    <w:p>
      <w:r>
        <w:t>ЦЕЛЬ И ЗАДАЧА: Предложи выполнимый план учебных административных задач на четыре недели.</w:t>
      </w:r>
    </w:p>
    <w:p>
      <w:r>
        <w:t>КОНТЕКСТ И ИСТОЧНИКИ: только приложенный документ; адресат указан в формате.</w:t>
      </w:r>
    </w:p>
    <w:p>
      <w:r>
        <w:t>РОЛЬ: помощник по планированию.</w:t>
      </w:r>
    </w:p>
    <w:p>
      <w:r>
        <w:t>ОГРАНИЧЕНИЯ: не придумывай сведения, причины, даты, цены, ответственных и согласования. Сохраняй исключения и статус проекта. Недостающее вынеси в вопросы.</w:t>
      </w:r>
    </w:p>
    <w:p>
      <w:r>
        <w:t>ТРЕБОВАНИЯ К РЕЗУЛЬТАТУ: Таблица: неделя / задачи / нагрузка / доступная ёмкость / проверка зависимостей; отдельно ограничения и вопросы.</w:t>
      </w:r>
    </w:p>
    <w:p>
      <w:r>
        <w:t>КРИТЕРИЙ ПРОВЕРКИ: указывай раздел источника для каждого вывода, показывай расчёты и единицы измерения; отличай противоречие от отсутствия данных.</w:t>
      </w:r>
    </w:p>
    <w:p>
      <w:r>
        <w:t>ИСХОДНЫЙ МАТЕРИАЛ:</w:t>
      </w:r>
    </w:p>
    <w:p>
      <w:pPr>
        <w:pStyle w:val="Heading1"/>
      </w:pPr>
      <w:r>
        <w:t>Учебный план работ: горизонт четыре недели</w:t>
      </w:r>
    </w:p>
    <w:p>
      <w:pPr>
        <w:pStyle w:val="Heading2"/>
      </w:pPr>
      <w:r>
        <w:t>1. Контекст</w:t>
      </w:r>
    </w:p>
    <w:p>
      <w:r>
        <w:t>Вымышленная административная группа готовит комплект открытых справочных материалов. Нужно распределить восемь задач по неделям 1–4. Фамилии исполнителей, реальные даты, кабинеты и поминутные графики не используются. Нагрузка выражена в условных баллах сложности. Балл не равен часу, дню или количеству работников. План служит упражнением на заданные ограничения, а не расчётом производственного цикла.</w:t>
      </w:r>
    </w:p>
    <w:p>
      <w:pPr>
        <w:pStyle w:val="Heading2"/>
      </w:pPr>
      <w:r>
        <w:t>2. Доступная ёмкость</w:t>
      </w:r>
    </w:p>
    <w:p>
      <w:r>
        <w:t>Неделя 1 — не более 5 баллов. Неделя 2 — не более 4 баллов. Неделя 3 — не более 5 баллов. Неделя 4 — не более 4 баллов. Ёмкость уже учитывает прочую занятость группы: добавлять свободные часы или привлекать новых людей без исходных данных нельзя. Перенос ёмкости между неделями не допускается. Необязательно загружать каждую неделю полностью.</w:t>
      </w:r>
    </w:p>
    <w:p>
      <w:pPr>
        <w:pStyle w:val="Heading2"/>
      </w:pPr>
      <w:r>
        <w:t>3. Задачи</w:t>
      </w:r>
    </w:p>
    <w:p>
      <w:r>
        <w:t>А. Собрать открытые исходные материалы — 2 балла. Выполнить на неделе 1.</w:t>
      </w:r>
    </w:p>
    <w:p>
      <w:r>
        <w:t>Б. Уточнить вопросы к содержанию — 1 балл. Выполнить после А; разрешено на той же неделе, если порядок внутри недели явно указан.</w:t>
      </w:r>
    </w:p>
    <w:p>
      <w:r>
        <w:t>В. Подготовить перечень тем — 2 балла. Выполнить после Б; можно на той же неделе при явной последовательности. Завершить не позднее недели 2.</w:t>
      </w:r>
    </w:p>
    <w:p>
      <w:r>
        <w:t>Г. Подготовить первый черновик памятки — 3 балла. Только после В, в более позднюю неделю.</w:t>
      </w:r>
    </w:p>
    <w:p>
      <w:r>
        <w:t>Д. Подготовить список вопросов для встречи — 1 балл. Выполнить не позднее недели 2; зависимостей нет.</w:t>
      </w:r>
    </w:p>
    <w:p>
      <w:r>
        <w:t>Е. Проверить черновик памятки — 2 балла. Только после Г, в более позднюю неделю.</w:t>
      </w:r>
    </w:p>
    <w:p>
      <w:r>
        <w:t>Ж. Составить итоговую версию — 3 балла. После Е; можно на той же неделе, если последовательность указана.</w:t>
      </w:r>
    </w:p>
    <w:p>
      <w:r>
        <w:t>З. Подготовить сообщение о готовности — 2 балла. Только после Ж, в более позднюю неделю. Завершить не позднее недели 4.</w:t>
      </w:r>
    </w:p>
    <w:p>
      <w:pPr>
        <w:pStyle w:val="Heading2"/>
      </w:pPr>
      <w:r>
        <w:t>4. Дополнительные ограничения</w:t>
      </w:r>
    </w:p>
    <w:p>
      <w:r>
        <w:t>Задача выполняется целиком за одну неделю; делить её баллы между неделями нельзя. Для всего набора требуется 16 баллов, доступно 18. Наличие запаса 2 балла само по себе ещё не доказывает выполнимость: нужно проверить зависимости и крайние недели. Порядок внутри недели должен быть виден, если связанные задачи размещены вместе.</w:t>
      </w:r>
    </w:p>
    <w:p>
      <w:pPr>
        <w:pStyle w:val="Heading2"/>
      </w:pPr>
      <w:r>
        <w:t>5. Как оценивать результат</w:t>
      </w:r>
    </w:p>
    <w:p>
      <w:r>
        <w:t>Проверьте присутствие всех восьми задач ровно один раз, суммы баллов по каждой неделе, последовательность и ограничения по срокам. Если модель сообщает, что плана нет, попросите показать конкретный конфликт. Не разрешайте ей молча увеличить ёмкость. Необходимо отличать предложенный план от утверждённого графика.</w:t>
      </w:r>
    </w:p>
    <w:p>
      <w:pPr>
        <w:pStyle w:val="Heading2"/>
      </w:pPr>
      <w:r>
        <w:t>6. Что не задано</w:t>
      </w:r>
    </w:p>
    <w:p>
      <w:r>
        <w:t>Не заданы отпуска, реальные трудозатраты, квалификация, исполнители и фактические даты. Не придумывайте их. Если потребуется переход к реальному планированию, эти сведения должен предоставить человек. В текущей практике достаточно условных недель и баллов. Финансовые, технические и производственные данные в сценарии отсутствуют.</w:t>
      </w:r>
    </w:p>
    <w:p>
      <w:pPr>
        <w:pStyle w:val="Heading2"/>
      </w:pPr>
      <w:r>
        <w:t>Изменился порядок подачи заявок на обслуживание</w:t>
      </w:r>
    </w:p>
    <w:p>
      <w:pPr>
        <w:pStyle w:val="Heading3"/>
      </w:pPr>
      <w:r>
        <w:t>Первый запуск: общий запрос</w:t>
      </w:r>
    </w:p>
    <w:p>
      <w:r>
        <w:t>Расскажи о новом порядке заявок.</w:t>
      </w:r>
    </w:p>
    <w:p>
      <w:r>
        <w:t>ИСХОДНЫЙ МАТЕРИАЛ:</w:t>
      </w:r>
    </w:p>
    <w:p>
      <w:pPr>
        <w:pStyle w:val="Heading1"/>
      </w:pPr>
      <w:r>
        <w:t>Учебная памятка: новый порядок заявок на офисное обслуживание</w:t>
      </w:r>
    </w:p>
    <w:p>
      <w:pPr>
        <w:pStyle w:val="Heading2"/>
      </w:pPr>
      <w:r>
        <w:t>З1. Область применения</w:t>
      </w:r>
    </w:p>
    <w:p>
      <w:r>
        <w:t>В вымышленной организации вводится порядок обращений по офисному оборудованию: принтерам, сканерам и рабочим мониторам. Порядок не относится к производственному оборудованию, программам станков, технологическим процессам или аварийным работам. Новая процедура в рамках учебного сценария начинается с недели 2. Реальной календарной даты, ссылки на форму и контактов в материале нет.</w:t>
      </w:r>
    </w:p>
    <w:p>
      <w:pPr>
        <w:pStyle w:val="Heading2"/>
      </w:pPr>
      <w:r>
        <w:t>З2. Как было и как становится</w:t>
      </w:r>
    </w:p>
    <w:p>
      <w:r>
        <w:t>Ранее обычные новые обращения отправляли отдельными письмами в условную службу поддержки. Начиная с недели 2, новые обычные заявки регистрируют в единой форме «Офисная заявка». Это учебное название, не существующая корпоративная система. Переписка по уже зарегистрированным обращениям продолжается в их карточках; подавать их заново не требуется. Не нужно превращать изменение канала новых заявок в требование переподать весь накопленный список.</w:t>
      </w:r>
    </w:p>
    <w:p>
      <w:pPr>
        <w:pStyle w:val="Heading2"/>
      </w:pPr>
      <w:r>
        <w:t>З3. Что указать в новой заявке</w:t>
      </w:r>
    </w:p>
    <w:p>
      <w:r>
        <w:t>Обязательные поля: категория оборудования, понятное описание симптома, момент первого обнаружения в обобщённом виде, действия пользователя до обращения и влияние на выполнение офисной задачи. Для занятия используется условный идентификатор устройства, например ОФ-01. Время появления симптома можно описывать как «после включения» или «при печати»; реальные сетевые адреса и точное расположение устройства в учебную форму не вводятся. Пароли и содержимое рабочих документов не прикладываются.</w:t>
      </w:r>
    </w:p>
    <w:p>
      <w:pPr>
        <w:pStyle w:val="Heading2"/>
      </w:pPr>
      <w:r>
        <w:t>З4. Что происходит после отправки</w:t>
      </w:r>
    </w:p>
    <w:p>
      <w:r>
        <w:t>Координатор проверяет полноту обычной заявки в течение двух рабочих дней. Если сведений недостаточно, запрашивает уточнение. Этот срок относится только к первичной проверке и не означает, что неисправность будет устранена за два дня. Исполнитель и срок выполнения определяются отдельно после оценки обращения. Нельзя обещать гарантированный ремонт, бесплатную замену или автоматическое согласование закупки.</w:t>
      </w:r>
    </w:p>
    <w:p>
      <w:pPr>
        <w:pStyle w:val="Heading2"/>
      </w:pPr>
      <w:r>
        <w:t>З5. Исключение для опасной ситуации</w:t>
      </w:r>
    </w:p>
    <w:p>
      <w:r>
        <w:t>Если наблюдаются признаки опасности, например запах гари или видимое повреждение питания, обычная очередь заявок не используется как единственный способ реагирования. Работу прекращают и действуют по утверждённым внутренним правилам организации, связываясь с ответственными лицами установленным способом. Конкретная инструкция, контакт и технические действия в учебном тексте не приведены. Не придумывайте порядок ремонта и не предлагайте самостоятельно вскрывать оборудование.</w:t>
      </w:r>
    </w:p>
    <w:p>
      <w:pPr>
        <w:pStyle w:val="Heading2"/>
      </w:pPr>
      <w:r>
        <w:t>З6. Подтверждение и статус</w:t>
      </w:r>
    </w:p>
    <w:p>
      <w:r>
        <w:t>После регистрации нужно сохранить идентификатор заявки. При уточнении информации указывать этот идентификатор. В учебном сценарии статусы: «зарегистрирована», «нужны сведения», «в работе», «завершена». Статус «зарегистрирована» означает, что обращение получено, а не что проблема решена. Срока автоматического перехода между статусами нет.</w:t>
      </w:r>
    </w:p>
    <w:p>
      <w:pPr>
        <w:pStyle w:val="Heading2"/>
      </w:pPr>
      <w:r>
        <w:t>З7. Что следует уточнить до реального сообщения</w:t>
      </w:r>
    </w:p>
    <w:p>
      <w:r>
        <w:t>Организатор должен сообщить календарную дату перехода, адрес формы, канал связи по опасным ситуациям и контакт для вопросов о новом порядке. До получения этих сведений текст для рассылки является проектом. Руководителю важны изменение процесса и открытые вопросы; новичку — простое объяснение; исполнителю — последовательность действий с сохранением исключения З5.</w:t>
      </w:r>
    </w:p>
    <w:p>
      <w:pPr>
        <w:pStyle w:val="Heading2"/>
      </w:pPr>
      <w:r>
        <w:t>З8. Задача на занятии</w:t>
      </w:r>
    </w:p>
    <w:p>
      <w:r>
        <w:t>Сформируйте три разных представления одной памятки. Не меняйте факты для удобства текста. Сокращение не должно убирать условие о текущих заявках, различие между проверкой и выполнением или исключение для опасной ситуации. Все названия, сроки и обстоятельства в этом файле вымышлены.</w:t>
      </w:r>
    </w:p>
    <w:p>
      <w:pPr>
        <w:pStyle w:val="Heading3"/>
      </w:pPr>
      <w:r>
        <w:t>Второй запуск: структурированный запрос</w:t>
      </w:r>
    </w:p>
    <w:p>
      <w:r>
        <w:t>ЦЕЛЬ И ЗАДАЧА: Представь один учебный порядок для выбранного адресата, сохранив все существенные условия.</w:t>
      </w:r>
    </w:p>
    <w:p>
      <w:r>
        <w:t>КОНТЕКСТ И ИСТОЧНИКИ: только приложенный документ; адресат указан в формате.</w:t>
      </w:r>
    </w:p>
    <w:p>
      <w:r>
        <w:t>РОЛЬ: редактор внутренней коммуникации.</w:t>
      </w:r>
    </w:p>
    <w:p>
      <w:r>
        <w:t>ОГРАНИЧЕНИЯ: не придумывай сведения, причины, даты, цены, ответственных и согласования. Сохраняй исключения и статус проекта. Недостающее вынеси в вопросы.</w:t>
      </w:r>
    </w:p>
    <w:p>
      <w:r>
        <w:t>ТРЕБОВАНИЯ К РЕЗУЛЬТАТУ: Три версии: новичку — объяснение до 140 слов; руководителю — записка до 90 слов; исполнителю — чек-лист из 6–8 действий.</w:t>
      </w:r>
    </w:p>
    <w:p>
      <w:r>
        <w:t>КРИТЕРИЙ ПРОВЕРКИ: указывай раздел источника для каждого вывода, показывай расчёты и единицы измерения; отличай противоречие от отсутствия данных.</w:t>
      </w:r>
    </w:p>
    <w:p>
      <w:r>
        <w:t>ИСХОДНЫЙ МАТЕРИАЛ:</w:t>
      </w:r>
    </w:p>
    <w:p>
      <w:pPr>
        <w:pStyle w:val="Heading1"/>
      </w:pPr>
      <w:r>
        <w:t>Учебная памятка: новый порядок заявок на офисное обслуживание</w:t>
      </w:r>
    </w:p>
    <w:p>
      <w:pPr>
        <w:pStyle w:val="Heading2"/>
      </w:pPr>
      <w:r>
        <w:t>З1. Область применения</w:t>
      </w:r>
    </w:p>
    <w:p>
      <w:r>
        <w:t>В вымышленной организации вводится порядок обращений по офисному оборудованию: принтерам, сканерам и рабочим мониторам. Порядок не относится к производственному оборудованию, программам станков, технологическим процессам или аварийным работам. Новая процедура в рамках учебного сценария начинается с недели 2. Реальной календарной даты, ссылки на форму и контактов в материале нет.</w:t>
      </w:r>
    </w:p>
    <w:p>
      <w:pPr>
        <w:pStyle w:val="Heading2"/>
      </w:pPr>
      <w:r>
        <w:t>З2. Как было и как становится</w:t>
      </w:r>
    </w:p>
    <w:p>
      <w:r>
        <w:t>Ранее обычные новые обращения отправляли отдельными письмами в условную службу поддержки. Начиная с недели 2, новые обычные заявки регистрируют в единой форме «Офисная заявка». Это учебное название, не существующая корпоративная система. Переписка по уже зарегистрированным обращениям продолжается в их карточках; подавать их заново не требуется. Не нужно превращать изменение канала новых заявок в требование переподать весь накопленный список.</w:t>
      </w:r>
    </w:p>
    <w:p>
      <w:pPr>
        <w:pStyle w:val="Heading2"/>
      </w:pPr>
      <w:r>
        <w:t>З3. Что указать в новой заявке</w:t>
      </w:r>
    </w:p>
    <w:p>
      <w:r>
        <w:t>Обязательные поля: категория оборудования, понятное описание симптома, момент первого обнаружения в обобщённом виде, действия пользователя до обращения и влияние на выполнение офисной задачи. Для занятия используется условный идентификатор устройства, например ОФ-01. Время появления симптома можно описывать как «после включения» или «при печати»; реальные сетевые адреса и точное расположение устройства в учебную форму не вводятся. Пароли и содержимое рабочих документов не прикладываются.</w:t>
      </w:r>
    </w:p>
    <w:p>
      <w:pPr>
        <w:pStyle w:val="Heading2"/>
      </w:pPr>
      <w:r>
        <w:t>З4. Что происходит после отправки</w:t>
      </w:r>
    </w:p>
    <w:p>
      <w:r>
        <w:t>Координатор проверяет полноту обычной заявки в течение двух рабочих дней. Если сведений недостаточно, запрашивает уточнение. Этот срок относится только к первичной проверке и не означает, что неисправность будет устранена за два дня. Исполнитель и срок выполнения определяются отдельно после оценки обращения. Нельзя обещать гарантированный ремонт, бесплатную замену или автоматическое согласование закупки.</w:t>
      </w:r>
    </w:p>
    <w:p>
      <w:pPr>
        <w:pStyle w:val="Heading2"/>
      </w:pPr>
      <w:r>
        <w:t>З5. Исключение для опасной ситуации</w:t>
      </w:r>
    </w:p>
    <w:p>
      <w:r>
        <w:t>Если наблюдаются признаки опасности, например запах гари или видимое повреждение питания, обычная очередь заявок не используется как единственный способ реагирования. Работу прекращают и действуют по утверждённым внутренним правилам организации, связываясь с ответственными лицами установленным способом. Конкретная инструкция, контакт и технические действия в учебном тексте не приведены. Не придумывайте порядок ремонта и не предлагайте самостоятельно вскрывать оборудование.</w:t>
      </w:r>
    </w:p>
    <w:p>
      <w:pPr>
        <w:pStyle w:val="Heading2"/>
      </w:pPr>
      <w:r>
        <w:t>З6. Подтверждение и статус</w:t>
      </w:r>
    </w:p>
    <w:p>
      <w:r>
        <w:t>После регистрации нужно сохранить идентификатор заявки. При уточнении информации указывать этот идентификатор. В учебном сценарии статусы: «зарегистрирована», «нужны сведения», «в работе», «завершена». Статус «зарегистрирована» означает, что обращение получено, а не что проблема решена. Срока автоматического перехода между статусами нет.</w:t>
      </w:r>
    </w:p>
    <w:p>
      <w:pPr>
        <w:pStyle w:val="Heading2"/>
      </w:pPr>
      <w:r>
        <w:t>З7. Что следует уточнить до реального сообщения</w:t>
      </w:r>
    </w:p>
    <w:p>
      <w:r>
        <w:t>Организатор должен сообщить календарную дату перехода, адрес формы, канал связи по опасным ситуациям и контакт для вопросов о новом порядке. До получения этих сведений текст для рассылки является проектом. Руководителю важны изменение процесса и открытые вопросы; новичку — простое объяснение; исполнителю — последовательность действий с сохранением исключения З5.</w:t>
      </w:r>
    </w:p>
    <w:p>
      <w:pPr>
        <w:pStyle w:val="Heading2"/>
      </w:pPr>
      <w:r>
        <w:t>З8. Задача на занятии</w:t>
      </w:r>
    </w:p>
    <w:p>
      <w:r>
        <w:t>Сформируйте три разных представления одной памятки. Не меняйте факты для удобства текста. Сокращение не должно убирать условие о текущих заявках, различие между проверкой и выполнением или исключение для опасной ситуации. Все названия, сроки и обстоятельства в этом файле вымышлены.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