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20 универсальных шаблонов</w:t>
      </w:r>
    </w:p>
    <w:p>
      <w:pPr>
        <w:pStyle w:val="Heading1"/>
      </w:pPr>
      <w:r>
        <w:t>20 универсальных шаблонов</w:t>
      </w:r>
    </w:p>
    <w:p>
      <w:r>
        <w:t>Подставьте задачу, адресата, объём и учебный источник из cases. Проверяйте ответ по исходнику.</w:t>
      </w:r>
    </w:p>
    <w:p>
      <w:pPr>
        <w:pStyle w:val="Heading2"/>
      </w:pPr>
      <w:r>
        <w:t>01. Служебная записка</w:t>
      </w:r>
    </w:p>
    <w:p>
      <w:r>
        <w:t>ЦЕЛЬ И ЗАДАЧА: Обоснуй рассмотрение решения.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 записок.</w:t>
      </w:r>
    </w:p>
    <w:p>
      <w:r>
        <w:t>ОГРАНИЧЕНИЯ И УСЛОВИЯ ОСТАНОВКИ: Не называй предложение утверждённым решением.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Ситуация / факты / просьба / вопросы.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называй предложение утверждённым решением.</w:t>
      </w:r>
    </w:p>
    <w:p>
      <w:pPr>
        <w:pStyle w:val="Heading2"/>
      </w:pPr>
      <w:r>
        <w:t>02. Резюме отчёта</w:t>
      </w:r>
    </w:p>
    <w:p>
      <w:r>
        <w:t>ЦЕЛЬ И ЗАДАЧА: Выдели главное для адресата.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аналитик.</w:t>
      </w:r>
    </w:p>
    <w:p>
      <w:r>
        <w:t>ОГРАНИЧЕНИЯ И УСЛОВИЯ ОСТАНОВКИ: Сохраняй базу сравнения, единицы и периоды.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Пять выводов с разделом-основанием.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Сохраняй базу сравнения, единицы и периоды.</w:t>
      </w:r>
    </w:p>
    <w:p>
      <w:pPr>
        <w:pStyle w:val="Heading2"/>
      </w:pPr>
      <w:r>
        <w:t>03. Сравнение редакций</w:t>
      </w:r>
    </w:p>
    <w:p>
      <w:r>
        <w:t>ЦЕЛЬ И ЗАДАЧА: Сопоставь две версии.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редактор.</w:t>
      </w:r>
    </w:p>
    <w:p>
      <w:r>
        <w:t>ОГРАНИЧЕНИЯ И УСЛОВИЯ ОСТАНОВКИ: Не выбирай действующую редакцию без указания статуса.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Пункт / было / стало / влияние / вопрос.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выбирай действующую редакцию без указания статуса.</w:t>
      </w:r>
    </w:p>
    <w:p>
      <w:pPr>
        <w:pStyle w:val="Heading2"/>
      </w:pPr>
      <w:r>
        <w:t>04. План по неделям</w:t>
      </w:r>
    </w:p>
    <w:p>
      <w:r>
        <w:t>ЦЕЛЬ И ЗАДАЧА: Распредели задачи по неделям.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планировщик.</w:t>
      </w:r>
    </w:p>
    <w:p>
      <w:r>
        <w:t>ОГРАНИЧЕНИЯ И УСЛОВИЯ ОСТАНОВКИ: Не увеличивай ресурсы; покажи конфликт ограничений, если он есть.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Неделя / задачи / нагрузка / лимит / зависимости.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увеличивай ресурсы; покажи конфликт ограничений, если он есть.</w:t>
      </w:r>
    </w:p>
    <w:p>
      <w:pPr>
        <w:pStyle w:val="Heading2"/>
      </w:pPr>
      <w:r>
        <w:t>05. Объяснение новичку</w:t>
      </w:r>
    </w:p>
    <w:p>
      <w:r>
        <w:t>ЦЕЛЬ И ЗАДАЧА: Объясни материал неспециалисту.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наставник.</w:t>
      </w:r>
    </w:p>
    <w:p>
      <w:r>
        <w:t>ОГРАНИЧЕНИЯ И УСЛОВИЯ ОСТАНОВКИ: Сохраняй условия, исключения и запреты.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Объяснение / термины / вопросы.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Сохраняй условия, исключения и запреты.</w:t>
      </w:r>
    </w:p>
    <w:p>
      <w:pPr>
        <w:pStyle w:val="Heading2"/>
      </w:pPr>
      <w:r>
        <w:t>06. Записка руководителю</w:t>
      </w:r>
    </w:p>
    <w:p>
      <w:r>
        <w:t>ЦЕЛЬ И ЗАДАЧА: Кратко представь ситуацию.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помощник руководителя.</w:t>
      </w:r>
    </w:p>
    <w:p>
      <w:r>
        <w:t>ОГРАНИЧЕНИЯ И УСЛОВИЯ ОСТАНОВКИ: Не выдавай неизвестную причину за факт.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Результат / отклонение / требуется решение.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выдавай неизвестную причину за факт.</w:t>
      </w:r>
    </w:p>
    <w:p>
      <w:pPr>
        <w:pStyle w:val="Heading2"/>
      </w:pPr>
      <w:r>
        <w:t>07. Чек-лист исполнителю</w:t>
      </w:r>
    </w:p>
    <w:p>
      <w:r>
        <w:t>ЦЕЛЬ И ЗАДАЧА: Преобразуй порядок в действия.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методист.</w:t>
      </w:r>
    </w:p>
    <w:p>
      <w:r>
        <w:t>ОГРАНИЧЕНИЯ И УСЛОВИЯ ОСТАНОВКИ: Сохраняй условные ветви.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Отмечаемые действия и условия остановки.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Сохраняй условные ветви.</w:t>
      </w:r>
    </w:p>
    <w:p>
      <w:pPr>
        <w:pStyle w:val="Heading2"/>
      </w:pPr>
      <w:r>
        <w:t>08. Деловое письмо</w:t>
      </w:r>
    </w:p>
    <w:p>
      <w:r>
        <w:t>ЦЕЛЬ И ЗАДАЧА: Подготовь нейтральное письмо.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 переписки.</w:t>
      </w:r>
    </w:p>
    <w:p>
      <w:r>
        <w:t>ОГРАНИЧЕНИЯ И УСЛОВИЯ ОСТАНОВКИ: Не придумывай обещания и санкции.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Тема / текст / ожидаемое действие.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придумывай обещания и санкции.</w:t>
      </w:r>
    </w:p>
    <w:p>
      <w:pPr>
        <w:pStyle w:val="Heading2"/>
      </w:pPr>
      <w:r>
        <w:t>09. Запрос недостающих сведений</w:t>
      </w:r>
    </w:p>
    <w:p>
      <w:r>
        <w:t>ЦЕЛЬ И ЗАДАЧА: Выяви пробелы и запроси сведения.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координатор.</w:t>
      </w:r>
    </w:p>
    <w:p>
      <w:r>
        <w:t>ОГРАНИЧЕНИЯ И УСЛОВИЯ ОСТАНОВКИ: Не заполняй пробелы догадками.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Короткое письмо и вопросы.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заполняй пробелы догадками.</w:t>
      </w:r>
    </w:p>
    <w:p>
      <w:pPr>
        <w:pStyle w:val="Heading2"/>
      </w:pPr>
      <w:r>
        <w:t>10. Ответ на замечания</w:t>
      </w:r>
    </w:p>
    <w:p>
      <w:r>
        <w:t>ЦЕЛЬ И ЗАДАЧА: Подготовь ответы на замечания.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редактор.</w:t>
      </w:r>
    </w:p>
    <w:p>
      <w:r>
        <w:t>ОГРАНИЧЕНИЯ И УСЛОВИЯ ОСТАНОВКИ: Не называй предложенную правку выполненной.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Замечание / ответ по источнику / вопрос.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называй предложенную правку выполненной.</w:t>
      </w:r>
    </w:p>
    <w:p>
      <w:pPr>
        <w:pStyle w:val="Heading2"/>
      </w:pPr>
      <w:r>
        <w:t>11. Проверка неоднозначностей</w:t>
      </w:r>
    </w:p>
    <w:p>
      <w:r>
        <w:t>ЦЕЛЬ И ЗАДАЧА: Найди противоречия и пропуски.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корректор.</w:t>
      </w:r>
    </w:p>
    <w:p>
      <w:r>
        <w:t>ОГРАНИЧЕНИЯ И УСЛОВИЯ ОСТАНОВКИ: Не добавляй внешние нормативные требования.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Цитата / проблема / вопрос автору / правка.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добавляй внешние нормативные требования.</w:t>
      </w:r>
    </w:p>
    <w:p>
      <w:pPr>
        <w:pStyle w:val="Heading2"/>
      </w:pPr>
      <w:r>
        <w:t>12. Проект протокола</w:t>
      </w:r>
    </w:p>
    <w:p>
      <w:r>
        <w:t>ЦЕЛЬ И ЗАДАЧА: Структурируй заметки встречи.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секретарь.</w:t>
      </w:r>
    </w:p>
    <w:p>
      <w:r>
        <w:t>ОГРАНИЧЕНИЯ И УСЛОВИЯ ОСТАНОВКИ: Не назначай ответственных и сроки по догадке.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Обсуждалось / решено / предложения / вопросы.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назначай ответственных и сроки по догадке.</w:t>
      </w:r>
    </w:p>
    <w:p>
      <w:pPr>
        <w:pStyle w:val="Heading2"/>
      </w:pPr>
      <w:r>
        <w:t>13. Сравнение вариантов</w:t>
      </w:r>
    </w:p>
    <w:p>
      <w:r>
        <w:t>ЦЕЛЬ И ЗАДАЧА: Сравни варианты по заданным критериям.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аналитик.</w:t>
      </w:r>
    </w:p>
    <w:p>
      <w:r>
        <w:t>ОГРАНИЧЕНИЯ И УСЛОВИЯ ОСТАНОВКИ: Не добавляй веса и победителя без правила выбора.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Таблица критериев / различия / неизвестное.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добавляй веса и победителя без правила выбора.</w:t>
      </w:r>
    </w:p>
    <w:p>
      <w:pPr>
        <w:pStyle w:val="Heading2"/>
      </w:pPr>
      <w:r>
        <w:t>14. Обращение в поддержку</w:t>
      </w:r>
    </w:p>
    <w:p>
      <w:r>
        <w:t>ЦЕЛЬ И ЗАДАЧА: Опиши наблюдаемую проблему.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 обращения.</w:t>
      </w:r>
    </w:p>
    <w:p>
      <w:r>
        <w:t>ОГРАНИЧЕНИЯ И УСЛОВИЯ ОСТАНОВКИ: Не выдавай симптом за диагноз.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Симптом / условия / что пробовали / неизвестное.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выдавай симптом за диагноз.</w:t>
      </w:r>
    </w:p>
    <w:p>
      <w:pPr>
        <w:pStyle w:val="Heading2"/>
      </w:pPr>
      <w:r>
        <w:t>15. Структура доклада</w:t>
      </w:r>
    </w:p>
    <w:p>
      <w:r>
        <w:t>ЦЕЛЬ И ЗАДАЧА: Построй последовательность выступления.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 доклада.</w:t>
      </w:r>
    </w:p>
    <w:p>
      <w:r>
        <w:t>ОГРАНИЧЕНИЯ И УСЛОВИЯ ОСТАНОВКИ: Не придумывай достижения или эффект.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Вступление / тезисы с фактами / вопросы / вывод.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придумывай достижения или эффект.</w:t>
      </w:r>
    </w:p>
    <w:p>
      <w:pPr>
        <w:pStyle w:val="Heading2"/>
      </w:pPr>
      <w:r>
        <w:t>16. Структура презентации</w:t>
      </w:r>
    </w:p>
    <w:p>
      <w:r>
        <w:t>ЦЕЛЬ И ЗАДАЧА: Разложи материал на слайды.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 презентации.</w:t>
      </w:r>
    </w:p>
    <w:p>
      <w:r>
        <w:t>ОГРАНИЧЕНИЯ И УСЛОВИЯ ОСТАНОВКИ: Не придумывай статистику; одна мысль на слайд.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Слайд / тезис / факт / подходящий визуал.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Не придумывай статистику; одна мысль на слайд.</w:t>
      </w:r>
    </w:p>
    <w:p>
      <w:pPr>
        <w:pStyle w:val="Heading2"/>
      </w:pPr>
      <w:r>
        <w:t>17. План фактчекинга</w:t>
      </w:r>
    </w:p>
    <w:p>
      <w:r>
        <w:t>ЦЕЛЬ И ЗАДАЧА: Выдели утверждения для проверки.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помощник исследователя.</w:t>
      </w:r>
    </w:p>
    <w:p>
      <w:r>
        <w:t>ОГРАНИЧЕНИЯ И УСЛОВИЯ ОСТАНОВКИ: Без открытого источника не заявляй, что проверка выполнена.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Утверждение / что проверить / первичный источник.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Без открытого источника не заявляй, что проверка выполнена.</w:t>
      </w:r>
    </w:p>
    <w:p>
      <w:pPr>
        <w:pStyle w:val="Heading2"/>
      </w:pPr>
      <w:r>
        <w:t>18. Смена тона</w:t>
      </w:r>
    </w:p>
    <w:p>
      <w:r>
        <w:t>ЦЕЛЬ И ЗАДАЧА: Перепиши спокойно и понятно.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редактор.</w:t>
      </w:r>
    </w:p>
    <w:p>
      <w:r>
        <w:t>ОГРАНИЧЕНИЯ И УСЛОВИЯ ОСТАНОВКИ: Сохрани факты и обязательства; не добавляй признание вины.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Переписанный текст и список изменений.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Сохрани факты и обязательства; не добавляй признание вины.</w:t>
      </w:r>
    </w:p>
    <w:p>
      <w:pPr>
        <w:pStyle w:val="Heading2"/>
      </w:pPr>
      <w:r>
        <w:t>19. Три адресата</w:t>
      </w:r>
    </w:p>
    <w:p>
      <w:r>
        <w:t>ЦЕЛЬ И ЗАДАЧА: Представь материал трём адресатам.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методист.</w:t>
      </w:r>
    </w:p>
    <w:p>
      <w:r>
        <w:t>ОГРАНИЧЕНИЯ И УСЛОВИЯ ОСТАНОВКИ: Во всех версиях сохраняй факты и исключения.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Объяснение новичку / записка руководителю / чек-лист.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Во всех версиях сохраняй факты и исключения.</w:t>
      </w:r>
    </w:p>
    <w:p>
      <w:pPr>
        <w:pStyle w:val="Heading2"/>
      </w:pPr>
      <w:r>
        <w:t>20. Шаблон для коллег</w:t>
      </w:r>
    </w:p>
    <w:p>
      <w:r>
        <w:t>ЦЕЛЬ И ЗАДАЧА: Сделай запрос повторяемым. Конкретная задача: [МОЯ ЗАДАЧА].</w:t>
      </w:r>
    </w:p>
    <w:p>
      <w:r>
        <w:t>КОНТЕКСТ И ИСТОЧНИКИ: адресат — [АДРЕСАТ]. Используй только материал ниже; учитывай его статус.</w:t>
      </w:r>
    </w:p>
    <w:p>
      <w:r>
        <w:t>РОЛЬ: методист.</w:t>
      </w:r>
    </w:p>
    <w:p>
      <w:r>
        <w:t>ОГРАНИЧЕНИЯ И УСЛОВИЯ ОСТАНОВКИ: Удали конкретные сведения исходного случая; объясни заменяемые поля. Не придумывай факты, цены, даты, контакты и согласования. Если не хватает данных, перечисли вопросы.</w:t>
      </w:r>
    </w:p>
    <w:p>
      <w:r>
        <w:t>ТРЕБОВАНИЯ К РЕЗУЛЬТАТУ: Поля / шаблон / критерии проверки. Объём: [ОБЪЁМ].</w:t>
      </w:r>
    </w:p>
    <w:p>
      <w:r>
        <w:t>ПРОВЕРКА: сопоставь выводы с исходником, отметь неподтверждённое. Итог проверяет человек.</w:t>
      </w:r>
    </w:p>
    <w:p>
      <w:r>
        <w:t>ИСХОДНЫЙ МАТЕРИАЛ:</w:t>
      </w:r>
    </w:p>
    <w:p>
      <w:r>
        <w:t>[ВСТАВЬТЕ СИНТЕТИЧЕСКИЙ ИЛИ РАЗРЕШЁННЫЙ ТЕКСТ]</w:t>
      </w:r>
    </w:p>
    <w:p>
      <w:r>
        <w:t>Самопроверка: Удали конкретные сведения исходного случая; объясни заменяемые поля.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