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07. ФРАГМЕНТЫ РАБОЧЕЙ КОММУНИКАЦИИ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Учебное дополнение №4 - неструктурированные сообщения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5EFFF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ЗАДАЧА</w:t>
              <w:br/>
            </w:r>
            <w:r>
              <w:rPr>
                <w:rFonts w:ascii="Arial" w:hAnsi="Arial"/>
                <w:color w:val="1B1F23"/>
                <w:sz w:val="19"/>
              </w:rPr>
              <w:t>Использовать тот же кейс для практики структурирования переписки, выделения фактов, противоречий, поручений и вопросов.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Источник</w:t>
            </w:r>
          </w:p>
        </w:tc>
        <w:tc>
          <w:tcPr>
            <w:tcW w:type="dxa" w:w="7370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Сообщение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08:12, мастер участка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 валам сегодня нужно максимально закрыть партию. Просьба следить за окном ОТК, контролёр до 16:30.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10:20, механик</w:t>
            </w:r>
          </w:p>
        </w:tc>
        <w:tc>
          <w:tcPr>
            <w:tcW w:type="dxa" w:w="7370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Осмотр 16К20 по плану остаётся 10:55-11:25. Если деталь уже в обработке, закончите текущую, следующую не запускайте.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11:47, кладовая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К-17 пока в пути. Старый комплект использовать нельзя, шаблон Ш-4 тоже едет в комплекте.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12:05, кладовая</w:t>
            </w:r>
          </w:p>
        </w:tc>
        <w:tc>
          <w:tcPr>
            <w:tcW w:type="dxa" w:w="7370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Машина на территории, передача ориентировочно 12:20.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12:15, кладовая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Есть задержка разгрузки. Точное время пока не подтверждаем.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12:40, кладовая</w:t>
            </w:r>
          </w:p>
        </w:tc>
        <w:tc>
          <w:tcPr>
            <w:tcW w:type="dxa" w:w="7370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Ориентир по передаче 13:35.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13:20, мастер участка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Операции местами не менять. Если срок уходит, фиксируем причину и готовим вариант руководителю.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13:38, кладовая</w:t>
            </w:r>
          </w:p>
        </w:tc>
        <w:tc>
          <w:tcPr>
            <w:tcW w:type="dxa" w:w="7370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К-17 передан на участок. Приёмку начинаем.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14:55, механик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Напоминаю, 3М151 с 15:10 до 15:50 на плановом обслуживании.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15:02, ОТК</w:t>
            </w:r>
          </w:p>
        </w:tc>
        <w:tc>
          <w:tcPr>
            <w:tcW w:type="dxa" w:w="7370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 16:30 контроль сегодня только по отдельному согласованию начальника смены.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Задание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Составьте хронологию событий.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Разделите сообщения на факты, оценки, запреты, ограничения и поручения.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Найдите сообщения, которые уточняют или отменяют прежнюю информацию.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Сформируйте список вопросов, если для решения не хватает данных.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Подготовьте краткую сводку руководителю не более 120 слов.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