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Отчёт и таблица → проверка утверждений и презентация</w:t>
      </w:r>
    </w:p>
    <w:p>
      <w:r>
        <w:t>Учебный материал. Данные и обстоятельства в примере синтетические.</w:t>
      </w:r>
    </w:p>
    <w:p>
      <w:pPr>
        <w:pStyle w:val="Heading1"/>
      </w:pPr>
      <w:r>
        <w:t>Контекст</w:t>
      </w:r>
    </w:p>
    <w:p>
      <w:r>
        <w:t>Учебный кейс: показать руководителю данные проекта, не принять прогноз за факт.</w:t>
      </w:r>
    </w:p>
    <w:p>
      <w:pPr>
        <w:pStyle w:val="Heading1"/>
      </w:pPr>
      <w:r>
        <w:t>Исходные данные</w:t>
      </w:r>
    </w:p>
    <w:p>
      <w:r>
        <w:t>## Учебная справка по внутреннему порталу</w:t>
      </w:r>
    </w:p>
    <w:p>
      <w:r>
        <w:t>За сентябрь обработано 46 заявок: 31 закрыта, 9 ожидают подтверждения руководителя, 6 возвращены из-за неполной формы. В августе обработано 40: закрыто 28, возвращено 8, ожидают 4.</w:t>
      </w:r>
    </w:p>
    <w:p>
      <w:r>
        <w:t>В черновике сказано: «Скорость обработки выросла на 20%». Методика и период скорости не приведены. Также сказано: «После обновления формы возвратов станет вдвое меньше». Обновление только запланировано, дата и результаты тестирования отсутствуют.</w:t>
      </w:r>
    </w:p>
    <w:p>
      <w:r>
        <w:t>| Показатель | Август | Сентябрь |</w:t>
        <w:br/>
        <w:t>|---|---:|---:|</w:t>
        <w:br/>
        <w:t>| Обработано | 40 | 46 |</w:t>
        <w:br/>
        <w:t>| Закрыто | 28 | 31 |</w:t>
        <w:br/>
        <w:t>| Возвращено | 8 | 6 |</w:t>
        <w:br/>
        <w:t>| Ожидает подтверждения | 4 | 9 |</w:t>
      </w:r>
    </w:p>
    <w:p>
      <w:r>
        <w:t>Данные учебные. Руководителю нужно понять текущую ситуацию и определить показатели на октябрь.</w:t>
      </w:r>
    </w:p>
    <w:p>
      <w:pPr>
        <w:pStyle w:val="Heading1"/>
      </w:pPr>
      <w:r>
        <w:t>Промпты</w:t>
      </w:r>
    </w:p>
    <w:p>
      <w:r>
        <w:t>## 1. Проверить утверждения</w:t>
      </w:r>
    </w:p>
    <w:p>
      <w:r>
        <w:t># Роль</w:t>
        <w:br/>
        <w:t>Ты — аналитик отчётности.</w:t>
        <w:br/>
        <w:t># Цель</w:t>
        <w:br/>
        <w:t>Выделить утверждения и их статус.</w:t>
        <w:br/>
        <w:t># Исходные данные</w:t>
        <w:br/>
        <w:t>&lt;report&gt;[СПРАВКА]&lt;/report&gt;</w:t>
        <w:br/>
        <w:t># Ограничения</w:t>
        <w:br/>
        <w:t>Не подтверждай прогнозы и не придумывай методику.</w:t>
        <w:br/>
        <w:t># Формат</w:t>
        <w:br/>
        <w:t>Утверждение | источник | факт/расчёт/прогноз/не хватает данных | пояснение.</w:t>
        <w:br/>
        <w:t># Проверка</w:t>
        <w:br/>
        <w:t>Сверь все цифры с таблицей.</w:t>
      </w:r>
    </w:p>
    <w:p>
      <w:r>
        <w:t>## 2. Структура шести слайдов</w:t>
      </w:r>
    </w:p>
    <w:p>
      <w:r>
        <w:t># Роль</w:t>
        <w:br/>
        <w:t>Ты — редактор деловых презентаций.</w:t>
        <w:br/>
        <w:t># Цель</w:t>
        <w:br/>
        <w:t>Предложить шесть слайдов для руководителя.</w:t>
        <w:br/>
        <w:t># Исходные данные</w:t>
        <w:br/>
        <w:t>&lt;verified_analysis&gt;[ПРОВЕРЕННАЯ ТАБЛИЦА]&lt;/verified_analysis&gt;</w:t>
        <w:br/>
        <w:t># Ограничения</w:t>
        <w:br/>
        <w:t>Диаграмма только по точным числам; прогноз помечай отдельно.</w:t>
        <w:br/>
        <w:t># Формат</w:t>
        <w:br/>
        <w:t>Слайд | главная мысль | содержание | визуализация | источник.</w:t>
        <w:br/>
        <w:t># Проверка</w:t>
        <w:br/>
        <w:t>Назови, что нельзя показать подтверждённым.</w:t>
      </w:r>
    </w:p>
    <w:p>
      <w:pPr>
        <w:pStyle w:val="Heading1"/>
      </w:pPr>
      <w:r>
        <w:t>Самопроверка</w:t>
      </w:r>
    </w:p>
    <w:p>
      <w:r>
        <w:t>15% относится к числу заявок, не скорости.</w:t>
        <w:br/>
        <w:t>Прогноз не назван результатом.</w:t>
        <w:br/>
        <w:t>Числа диаграммы совпадают с исходником.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