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567FA1"/>
          <w:sz w:val="17"/>
        </w:rPr>
        <w:t>ДПО-1 · Раздел 2 · Урок 3 · Памятка 5 · семь шаблонов урока 3 для рабочих задач</w:t>
      </w:r>
    </w:p>
    <w:p>
      <w:r>
        <w:rPr>
          <w:b/>
          <w:color w:val="002060"/>
          <w:sz w:val="40"/>
        </w:rPr>
        <w:t>Безопасные шаблоны промптов</w:t>
      </w:r>
    </w:p>
    <w:p>
      <w:r>
        <w:rPr>
          <w:b w:val="0"/>
          <w:sz w:val="22"/>
        </w:rPr>
        <w:t>В квадратных скобках — то, что заменяете вы. Вписывайте только открытые сведения, учебные данные или обезличенные описания. Шаблон не делает запрещённые данные разрешёнными.</w:t>
      </w:r>
    </w:p>
    <w:p>
      <w:r>
        <w:rPr>
          <w:b/>
        </w:rPr>
        <w:t>Роль в промпте</w:t>
      </w:r>
      <w:r>
        <w:rPr>
          <w:b w:val="0"/>
        </w:rPr>
        <w:t xml:space="preserve"> задаёт угол зрения, критерии и тон. Она не добавляет знаний, не даёт права на данные и не переносит на ИИ ответственность: в исследовании Zheng и соавторов (EMNLP 2024) 162 роли на 2 410 фактических вопросах не повысили точность.</w:t>
      </w:r>
    </w:p>
    <w:p>
      <w:pPr>
        <w:spacing w:before="200"/>
      </w:pPr>
      <w:r>
        <w:rPr>
          <w:b/>
          <w:color w:val="002060"/>
          <w:sz w:val="25"/>
        </w:rPr>
        <w:t>P01. Рамка безопасного запроса</w:t>
      </w:r>
    </w:p>
    <w:p>
      <w:r>
        <w:rPr>
          <w:rFonts w:ascii="Consolas" w:hAnsi="Consolas"/>
          <w:sz w:val="18"/>
        </w:rPr>
        <w:t>Роль: Ты — [роль с критериями, например: редактор деловой переписки промышленного предприятия].</w:t>
        <w:br/>
        <w:t>Контекст: [ситуация в общих словах, без названий изделий, объектов, организаций и людей].</w:t>
        <w:br/>
        <w:t>Данные: имена, организации, номера и суммы заменены метками вида [СОТРУДНИК_1], [ОРГАНИЗАЦИЯ_1], [СУММА_1]. Сохраняй метки без изменений и не подставляй вместо них реальные или правдоподобные значения.</w:t>
        <w:br/>
        <w:t>Задача: [что сделать].</w:t>
        <w:br/>
        <w:t>Ограничения: не добавляй фактов, дат, сроков и условий, которых нет в тексте. Если сведений не хватает — задай вопрос, а не додумывай.</w:t>
        <w:br/>
        <w:t>Формат: [таблица / список / черновик письма объёмом до … слов].</w:t>
        <w:br/>
        <w:t>Проверка: в конце отдельным списком перечисли места, которые человек должен проверить перед использованием.</w:t>
      </w:r>
    </w:p>
    <w:p>
      <w:pPr>
        <w:spacing w:before="200"/>
      </w:pPr>
      <w:r>
        <w:rPr>
          <w:b/>
          <w:color w:val="002060"/>
          <w:sz w:val="25"/>
        </w:rPr>
        <w:t>P02. Сначала спроси, какие данные нужны</w:t>
      </w:r>
    </w:p>
    <w:p>
      <w:r>
        <w:rPr>
          <w:rFonts w:ascii="Consolas" w:hAnsi="Consolas"/>
          <w:sz w:val="18"/>
        </w:rPr>
        <w:t>Я хочу [задача в общих словах, например: подготовить краткую справку для руководителя по итогам испытаний оборудования].</w:t>
        <w:br/>
        <w:t>Не проси присылать документы целиком. Сначала перечисли, какие сведения тебе минимально нужны для качественного результата.</w:t>
        <w:br/>
        <w:t>Для каждого сведения укажи: можно ли заменить его меткой, диапазоном или категорией — и что потеряется, если заменить.</w:t>
      </w:r>
    </w:p>
    <w:p>
      <w:pPr>
        <w:spacing w:before="200"/>
      </w:pPr>
      <w:r>
        <w:rPr>
          <w:b/>
          <w:color w:val="002060"/>
          <w:sz w:val="25"/>
        </w:rPr>
        <w:t>P03. Работа с метками</w:t>
      </w:r>
    </w:p>
    <w:p>
      <w:r>
        <w:rPr>
          <w:rFonts w:ascii="Consolas" w:hAnsi="Consolas"/>
          <w:sz w:val="18"/>
        </w:rPr>
        <w:t>Ты — [роль]. В тексте ниже реальные имена, организации, номера документов и суммы заменены метками вида [СОТРУДНИК_1], [ОРГАНИЗАЦИЯ_1], [ДОГОВОР_1], [СУММА_1].</w:t>
        <w:br/>
        <w:t>Правила: 1) каждую метку сохраняй символ в символ; 2) не придумывай значения для меток; 3) не добавляй новых дат, сумм и условий.</w:t>
        <w:br/>
        <w:t>Задача: [что сделать с текстом].</w:t>
        <w:br/>
        <w:t>Текст:</w:t>
        <w:br/>
        <w:t>[ОБЕЗЛИЧЕННЫЙ ТЕКСТ]</w:t>
      </w:r>
    </w:p>
    <w:p>
      <w:pPr>
        <w:spacing w:before="200"/>
      </w:pPr>
      <w:r>
        <w:rPr>
          <w:b/>
          <w:color w:val="002060"/>
          <w:sz w:val="25"/>
        </w:rPr>
        <w:t>P04. Синтетические данные по структуре</w:t>
      </w:r>
    </w:p>
    <w:p>
      <w:r>
        <w:rPr>
          <w:rFonts w:ascii="Consolas" w:hAnsi="Consolas"/>
          <w:sz w:val="18"/>
        </w:rPr>
        <w:t>Создай учебную таблицу из [15] строк со столбцами: [названия столбцов в общих словах, например: «Позиция», «Поставщик (условный)», «Цена за единицу, руб.», «Срок поставки, дней», «Гарантия, мес.»].</w:t>
        <w:br/>
        <w:t>Значения — вымышленные и правдоподобные, не относящиеся к реальным организациям и изделиям. Поставщиков называй «Поставщик А», «Поставщик Б»…</w:t>
        <w:br/>
        <w:t>Добавь 2 строки с намеренными ошибками для тренировки проверки. Отдельно после таблицы укажи, где они.</w:t>
      </w:r>
    </w:p>
    <w:p>
      <w:pPr>
        <w:spacing w:before="200"/>
      </w:pPr>
      <w:r>
        <w:rPr>
          <w:b/>
          <w:color w:val="002060"/>
          <w:sz w:val="25"/>
        </w:rPr>
        <w:t>P05. Шаблон вместо документа</w:t>
      </w:r>
    </w:p>
    <w:p>
      <w:r>
        <w:rPr>
          <w:rFonts w:ascii="Consolas" w:hAnsi="Consolas"/>
          <w:sz w:val="18"/>
        </w:rPr>
        <w:t>Ты — специалист по документационному обеспечению.</w:t>
        <w:br/>
        <w:t>Составь шаблон [протокола совещания / служебной записки / выжимки отчёта на 1 страницу для руководителя].</w:t>
        <w:br/>
        <w:t>Все сведения, которые зависят от конкретной ситуации, оформи полями в квадратных скобках с подсказкой, что туда вписать.</w:t>
        <w:br/>
        <w:t>Реальные сведения я заполню сам, без нейросети. Формат: готовый к копированию в Word текст.</w:t>
      </w:r>
    </w:p>
    <w:p>
      <w:pPr>
        <w:spacing w:before="200"/>
      </w:pPr>
      <w:r>
        <w:rPr>
          <w:b/>
          <w:color w:val="002060"/>
          <w:sz w:val="25"/>
        </w:rPr>
        <w:t>P06. Формулы вместо чисел</w:t>
      </w:r>
    </w:p>
    <w:p>
      <w:r>
        <w:rPr>
          <w:rFonts w:ascii="Consolas" w:hAnsi="Consolas"/>
          <w:sz w:val="18"/>
        </w:rPr>
        <w:t>Ты — аналитик, который строит модели сравнения в Excel.</w:t>
        <w:br/>
        <w:t>Помоги сделать лист сравнения [коммерческих предложений на оборудование] по критериям: [цена, срок поставки, гарантия, соответствие требованию ТЗ].</w:t>
        <w:br/>
        <w:t>Веса критериев задаю я: [перечень весов].</w:t>
        <w:br/>
        <w:t>Дай: структуру листа (какие столбцы), формулы для взвешенного балла и проверки требования ТЗ, условное форматирование.</w:t>
        <w:br/>
        <w:t>Реальные цены и названия я вставлю сам. Не придумывай примеры поставщиков с реальными названиями.</w:t>
      </w:r>
    </w:p>
    <w:p>
      <w:pPr>
        <w:spacing w:before="200"/>
      </w:pPr>
      <w:r>
        <w:rPr>
          <w:b/>
          <w:color w:val="002060"/>
          <w:sz w:val="25"/>
        </w:rPr>
        <w:t>P07. Обобщение вместо точных значений</w:t>
      </w:r>
    </w:p>
    <w:p>
      <w:r>
        <w:rPr>
          <w:rFonts w:ascii="Consolas" w:hAnsi="Consolas"/>
          <w:sz w:val="18"/>
        </w:rPr>
        <w:t>Ты — [роль].</w:t>
        <w:br/>
        <w:t>Сведения в запросе обобщены: вместо точных значений даны диапазоны и категории (например, «партия 100–150 шт.», «крупный региональный центр», «срок — до месяца»).</w:t>
        <w:br/>
        <w:t>Работай с обобщёнными значениями и не пытайся угадать точные.</w:t>
        <w:br/>
        <w:t>Если для вывода точность критична — прямо напиши, какое значение и с какой точностью человеку нужно подставить самостоятельно.</w:t>
        <w:br/>
        <w:t>Задача: [что сделать].</w:t>
      </w:r>
    </w:p>
    <w:p>
      <w:pPr>
        <w:spacing w:before="240"/>
      </w:pPr>
      <w:r>
        <w:rPr>
          <w:b w:val="0"/>
          <w:color w:val="64748B"/>
          <w:sz w:val="16"/>
        </w:rPr>
        <w:t>Памятка — учебный материал курса. Она не заменяет политику информационной безопасности Концерна ВКО «Алмаз – Антей» и локальные акты вашего предприятия: если они строже — действуют они. Проверено по открытым официальным источникам 15.09.2026. Курс ДПО-1 · Клуб «ИИ в образовании» · 2026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Безопасные шаблоны промптов</dc:title>
  <dc:subject/>
  <dc:creator>Курс ДПО-1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